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F84A5" w14:textId="77777777" w:rsidR="003C24D7" w:rsidRDefault="002559BD" w:rsidP="00381209">
      <w:pPr>
        <w:pStyle w:val="berschrift1"/>
        <w:spacing w:before="0"/>
        <w:jc w:val="center"/>
      </w:pPr>
      <w:r>
        <w:t>Anmeldeformular &amp; Einverständniserklärung</w:t>
      </w:r>
    </w:p>
    <w:p w14:paraId="6AF05EA4" w14:textId="407AAC63" w:rsidR="003C24D7" w:rsidRPr="00381209" w:rsidRDefault="002559BD" w:rsidP="00381209">
      <w:pPr>
        <w:jc w:val="center"/>
        <w:rPr>
          <w:sz w:val="28"/>
          <w:szCs w:val="28"/>
        </w:rPr>
      </w:pPr>
      <w:r w:rsidRPr="00381209">
        <w:rPr>
          <w:sz w:val="28"/>
          <w:szCs w:val="28"/>
        </w:rPr>
        <w:t>Gaming Week – Kinderwoche (10–14 Jahre)</w:t>
      </w:r>
      <w:r w:rsidR="00381209" w:rsidRPr="00381209">
        <w:rPr>
          <w:sz w:val="28"/>
          <w:szCs w:val="28"/>
        </w:rPr>
        <w:t xml:space="preserve"> </w:t>
      </w:r>
      <w:proofErr w:type="spellStart"/>
      <w:r w:rsidR="00381209" w:rsidRPr="00381209">
        <w:rPr>
          <w:sz w:val="28"/>
          <w:szCs w:val="28"/>
        </w:rPr>
        <w:t>vom</w:t>
      </w:r>
      <w:proofErr w:type="spellEnd"/>
      <w:r w:rsidR="00381209" w:rsidRPr="00381209">
        <w:rPr>
          <w:sz w:val="28"/>
          <w:szCs w:val="28"/>
        </w:rPr>
        <w:t xml:space="preserve"> …… 2026</w:t>
      </w:r>
      <w:r w:rsidRPr="00381209">
        <w:rPr>
          <w:sz w:val="28"/>
          <w:szCs w:val="28"/>
        </w:rPr>
        <w:br/>
      </w:r>
      <w:r w:rsidRPr="00381209">
        <w:rPr>
          <w:b/>
          <w:sz w:val="28"/>
          <w:szCs w:val="28"/>
        </w:rPr>
        <w:t>Veranstalter: Gaming Room Schladming</w:t>
      </w:r>
    </w:p>
    <w:p w14:paraId="1A24BB02" w14:textId="77777777" w:rsidR="003C24D7" w:rsidRDefault="002559BD">
      <w:pPr>
        <w:pStyle w:val="berschrift2"/>
      </w:pPr>
      <w:r>
        <w:t>1. Angaben zum Kind</w:t>
      </w:r>
    </w:p>
    <w:tbl>
      <w:tblPr>
        <w:tblStyle w:val="Tabellenraster"/>
        <w:tblW w:w="0" w:type="auto"/>
        <w:tblLook w:val="04A0" w:firstRow="1" w:lastRow="0" w:firstColumn="1" w:lastColumn="0" w:noHBand="0" w:noVBand="1"/>
      </w:tblPr>
      <w:tblGrid>
        <w:gridCol w:w="4320"/>
        <w:gridCol w:w="4320"/>
      </w:tblGrid>
      <w:tr w:rsidR="003C24D7" w14:paraId="53AF5DBA" w14:textId="77777777">
        <w:tc>
          <w:tcPr>
            <w:tcW w:w="4320" w:type="dxa"/>
          </w:tcPr>
          <w:p w14:paraId="0E270310" w14:textId="77777777" w:rsidR="003C24D7" w:rsidRDefault="002559BD">
            <w:r>
              <w:t>Vor- &amp; Nachname</w:t>
            </w:r>
          </w:p>
        </w:tc>
        <w:tc>
          <w:tcPr>
            <w:tcW w:w="4320" w:type="dxa"/>
          </w:tcPr>
          <w:p w14:paraId="09AD2D4B" w14:textId="77777777" w:rsidR="003C24D7" w:rsidRDefault="003C24D7"/>
        </w:tc>
      </w:tr>
      <w:tr w:rsidR="003C24D7" w14:paraId="4A44DA5A" w14:textId="77777777">
        <w:tc>
          <w:tcPr>
            <w:tcW w:w="4320" w:type="dxa"/>
          </w:tcPr>
          <w:p w14:paraId="09AB8D5A" w14:textId="77777777" w:rsidR="003C24D7" w:rsidRDefault="002559BD">
            <w:r>
              <w:t>Geburtsdatum</w:t>
            </w:r>
          </w:p>
        </w:tc>
        <w:tc>
          <w:tcPr>
            <w:tcW w:w="4320" w:type="dxa"/>
          </w:tcPr>
          <w:p w14:paraId="155A74F0" w14:textId="77777777" w:rsidR="003C24D7" w:rsidRDefault="003C24D7"/>
        </w:tc>
      </w:tr>
      <w:tr w:rsidR="003C24D7" w14:paraId="5B98F48D" w14:textId="77777777">
        <w:tc>
          <w:tcPr>
            <w:tcW w:w="4320" w:type="dxa"/>
          </w:tcPr>
          <w:p w14:paraId="4E798D41" w14:textId="77777777" w:rsidR="003C24D7" w:rsidRDefault="002559BD">
            <w:r>
              <w:t>Alter</w:t>
            </w:r>
          </w:p>
        </w:tc>
        <w:tc>
          <w:tcPr>
            <w:tcW w:w="4320" w:type="dxa"/>
          </w:tcPr>
          <w:p w14:paraId="282CD94C" w14:textId="77777777" w:rsidR="003C24D7" w:rsidRDefault="003C24D7"/>
        </w:tc>
      </w:tr>
      <w:tr w:rsidR="003C24D7" w14:paraId="2B6C6EF2" w14:textId="77777777">
        <w:tc>
          <w:tcPr>
            <w:tcW w:w="4320" w:type="dxa"/>
          </w:tcPr>
          <w:p w14:paraId="15EAAB0E" w14:textId="77777777" w:rsidR="003C24D7" w:rsidRDefault="002559BD">
            <w:r>
              <w:t>Allergien / Unverträglichkeiten</w:t>
            </w:r>
          </w:p>
        </w:tc>
        <w:tc>
          <w:tcPr>
            <w:tcW w:w="4320" w:type="dxa"/>
          </w:tcPr>
          <w:p w14:paraId="66B0E5CA" w14:textId="77777777" w:rsidR="003C24D7" w:rsidRDefault="003C24D7"/>
        </w:tc>
      </w:tr>
      <w:tr w:rsidR="003C24D7" w14:paraId="612AC7EC" w14:textId="77777777">
        <w:tc>
          <w:tcPr>
            <w:tcW w:w="4320" w:type="dxa"/>
          </w:tcPr>
          <w:p w14:paraId="79E8F75A" w14:textId="77777777" w:rsidR="003C24D7" w:rsidRDefault="002559BD">
            <w:r>
              <w:t xml:space="preserve">Besondere Hinweise (z. B. </w:t>
            </w:r>
            <w:r>
              <w:t>Medikamente)</w:t>
            </w:r>
          </w:p>
        </w:tc>
        <w:tc>
          <w:tcPr>
            <w:tcW w:w="4320" w:type="dxa"/>
          </w:tcPr>
          <w:p w14:paraId="796635CC" w14:textId="77777777" w:rsidR="003C24D7" w:rsidRDefault="003C24D7"/>
        </w:tc>
      </w:tr>
    </w:tbl>
    <w:p w14:paraId="41448978" w14:textId="77777777" w:rsidR="003C24D7" w:rsidRDefault="002559BD">
      <w:pPr>
        <w:pStyle w:val="berschrift2"/>
      </w:pPr>
      <w:r>
        <w:t>2. Angaben der Erziehungsberechtigten</w:t>
      </w:r>
    </w:p>
    <w:tbl>
      <w:tblPr>
        <w:tblStyle w:val="Tabellenraster"/>
        <w:tblW w:w="0" w:type="auto"/>
        <w:tblLook w:val="04A0" w:firstRow="1" w:lastRow="0" w:firstColumn="1" w:lastColumn="0" w:noHBand="0" w:noVBand="1"/>
      </w:tblPr>
      <w:tblGrid>
        <w:gridCol w:w="4320"/>
        <w:gridCol w:w="4320"/>
      </w:tblGrid>
      <w:tr w:rsidR="003C24D7" w14:paraId="551C7333" w14:textId="77777777">
        <w:tc>
          <w:tcPr>
            <w:tcW w:w="4320" w:type="dxa"/>
          </w:tcPr>
          <w:p w14:paraId="7D5A872C" w14:textId="77777777" w:rsidR="003C24D7" w:rsidRDefault="002559BD">
            <w:r>
              <w:t>Name Erziehungsberechtigte:r</w:t>
            </w:r>
          </w:p>
        </w:tc>
        <w:tc>
          <w:tcPr>
            <w:tcW w:w="4320" w:type="dxa"/>
          </w:tcPr>
          <w:p w14:paraId="1500A73C" w14:textId="77777777" w:rsidR="003C24D7" w:rsidRDefault="003C24D7"/>
        </w:tc>
      </w:tr>
      <w:tr w:rsidR="003C24D7" w14:paraId="6EBB9703" w14:textId="77777777">
        <w:tc>
          <w:tcPr>
            <w:tcW w:w="4320" w:type="dxa"/>
          </w:tcPr>
          <w:p w14:paraId="3F7C5387" w14:textId="77777777" w:rsidR="003C24D7" w:rsidRDefault="002559BD">
            <w:r>
              <w:t>Telefonnummer (Notfall)</w:t>
            </w:r>
          </w:p>
        </w:tc>
        <w:tc>
          <w:tcPr>
            <w:tcW w:w="4320" w:type="dxa"/>
          </w:tcPr>
          <w:p w14:paraId="1F9D4061" w14:textId="77777777" w:rsidR="003C24D7" w:rsidRDefault="003C24D7"/>
        </w:tc>
      </w:tr>
      <w:tr w:rsidR="003C24D7" w14:paraId="5DBF7A37" w14:textId="77777777">
        <w:tc>
          <w:tcPr>
            <w:tcW w:w="4320" w:type="dxa"/>
          </w:tcPr>
          <w:p w14:paraId="2D9D3CC3" w14:textId="77777777" w:rsidR="003C24D7" w:rsidRDefault="002559BD">
            <w:r>
              <w:t>E-Mail-Adresse</w:t>
            </w:r>
          </w:p>
        </w:tc>
        <w:tc>
          <w:tcPr>
            <w:tcW w:w="4320" w:type="dxa"/>
          </w:tcPr>
          <w:p w14:paraId="0430C342" w14:textId="77777777" w:rsidR="003C24D7" w:rsidRDefault="003C24D7"/>
        </w:tc>
      </w:tr>
      <w:tr w:rsidR="003C24D7" w14:paraId="389E33B3" w14:textId="77777777">
        <w:tc>
          <w:tcPr>
            <w:tcW w:w="4320" w:type="dxa"/>
          </w:tcPr>
          <w:p w14:paraId="15C07583" w14:textId="77777777" w:rsidR="003C24D7" w:rsidRDefault="002559BD">
            <w:r>
              <w:t>Adresse</w:t>
            </w:r>
          </w:p>
        </w:tc>
        <w:tc>
          <w:tcPr>
            <w:tcW w:w="4320" w:type="dxa"/>
          </w:tcPr>
          <w:p w14:paraId="1368DACA" w14:textId="77777777" w:rsidR="003C24D7" w:rsidRDefault="003C24D7"/>
        </w:tc>
      </w:tr>
    </w:tbl>
    <w:p w14:paraId="28323C56" w14:textId="77777777" w:rsidR="003C24D7" w:rsidRDefault="002559BD">
      <w:pPr>
        <w:pStyle w:val="berschrift2"/>
      </w:pPr>
      <w:r>
        <w:t>3. Teilnahmebedingungen</w:t>
      </w:r>
    </w:p>
    <w:p w14:paraId="2A416EB5" w14:textId="77777777" w:rsidR="003C24D7" w:rsidRDefault="002559BD">
      <w:r>
        <w:t xml:space="preserve">Die Teilnahme erfolgt freiwillig. Den Anweisungen des Betreuungspersonals ist Folge zu </w:t>
      </w:r>
      <w:r>
        <w:t>leisten. Es werden ausschließlich altersgerechte Spiele verwendet. Bei grobem Fehlverhalten kann ein Ausschluss von der Veranstaltung erfolgen. Ein Anspruch auf Rückerstattung besteht in diesem Fall nicht.</w:t>
      </w:r>
    </w:p>
    <w:p w14:paraId="2B40E9D3" w14:textId="77777777" w:rsidR="003C24D7" w:rsidRDefault="002559BD">
      <w:pPr>
        <w:pStyle w:val="berschrift2"/>
      </w:pPr>
      <w:r>
        <w:t>4. Mediennutzung &amp; Jugendschutz</w:t>
      </w:r>
    </w:p>
    <w:p w14:paraId="745715D9" w14:textId="77777777" w:rsidR="003C24D7" w:rsidRDefault="002559BD">
      <w:r>
        <w:t>Ich bin damit einv</w:t>
      </w:r>
      <w:r>
        <w:t>erstanden, dass mein Kind im Rahmen der Gaming Week betreute digitale und analoge Spiele nutzt. Online-Funktionen werden nur unter Aufsicht verwendet. Persönliche Accounts der Kinder werden nicht benötigt.</w:t>
      </w:r>
    </w:p>
    <w:p w14:paraId="4BEE09A3" w14:textId="77777777" w:rsidR="003C24D7" w:rsidRDefault="002559BD">
      <w:pPr>
        <w:pStyle w:val="berschrift2"/>
      </w:pPr>
      <w:r>
        <w:t>5. Foto- &amp; Videoeinverständnis (optional)</w:t>
      </w:r>
    </w:p>
    <w:p w14:paraId="05F489F6" w14:textId="77777777" w:rsidR="003C24D7" w:rsidRDefault="002559BD">
      <w:r>
        <w:t>Ich erkl</w:t>
      </w:r>
      <w:r>
        <w:t>äre mich damit einverstanden, dass Fotos und Videos meines Kindes, die im Rahmen der Veranstaltung entstehen, für interne Dokumentation sowie für Website und Social Media des Gaming Room Schladming verwendet werden dürfen.</w:t>
      </w:r>
    </w:p>
    <w:p w14:paraId="115D4A62" w14:textId="77777777" w:rsidR="003C24D7" w:rsidRDefault="002559BD">
      <w:r>
        <w:t>☐</w:t>
      </w:r>
      <w:r>
        <w:t xml:space="preserve"> JA        ☐ NEIN</w:t>
      </w:r>
    </w:p>
    <w:p w14:paraId="42FB44ED" w14:textId="77777777" w:rsidR="003C24D7" w:rsidRDefault="002559BD">
      <w:pPr>
        <w:pStyle w:val="berschrift2"/>
      </w:pPr>
      <w:r>
        <w:t>6. Datenschutz</w:t>
      </w:r>
      <w:r>
        <w:t xml:space="preserve"> (DSGVO)</w:t>
      </w:r>
    </w:p>
    <w:p w14:paraId="3C902232" w14:textId="77777777" w:rsidR="003C24D7" w:rsidRDefault="002559BD">
      <w:r>
        <w:t>Die angegebenen Daten werden ausschließlich zur Organisation und Durchführung der Veranstaltung verwendet und nicht an Dritte weitergegeben. Die Daten werden nach Abschluss der Veranstaltung gelöscht, sofern keine gesetzlichen Aufbewahrungsfristen</w:t>
      </w:r>
      <w:r>
        <w:t xml:space="preserve"> bestehen.</w:t>
      </w:r>
    </w:p>
    <w:p w14:paraId="007CB9CD" w14:textId="77777777" w:rsidR="003C24D7" w:rsidRDefault="002559BD">
      <w:r>
        <w:br/>
        <w:t>Ort, Datum: ________________________________</w:t>
      </w:r>
    </w:p>
    <w:p w14:paraId="4BF09496" w14:textId="77777777" w:rsidR="003C24D7" w:rsidRDefault="002559BD">
      <w:r>
        <w:t>Unterschrift Erziehungsberechtigte:r: ________________________________</w:t>
      </w:r>
    </w:p>
    <w:sectPr w:rsidR="003C24D7" w:rsidSect="00381209">
      <w:footerReference w:type="default" r:id="rId8"/>
      <w:pgSz w:w="12240" w:h="15840"/>
      <w:pgMar w:top="851" w:right="1041"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DBDE5" w14:textId="77777777" w:rsidR="002559BD" w:rsidRDefault="002559BD" w:rsidP="00381209">
      <w:pPr>
        <w:spacing w:after="0" w:line="240" w:lineRule="auto"/>
      </w:pPr>
      <w:r>
        <w:separator/>
      </w:r>
    </w:p>
  </w:endnote>
  <w:endnote w:type="continuationSeparator" w:id="0">
    <w:p w14:paraId="4DDDFF36" w14:textId="77777777" w:rsidR="002559BD" w:rsidRDefault="002559BD" w:rsidP="00381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DB4DA" w14:textId="65259977" w:rsidR="00381209" w:rsidRPr="00381209" w:rsidRDefault="00381209" w:rsidP="00381209">
    <w:pPr>
      <w:pStyle w:val="StandardWeb"/>
      <w:spacing w:before="0" w:beforeAutospacing="0" w:after="0" w:afterAutospacing="0"/>
      <w:rPr>
        <w:rFonts w:asciiTheme="majorHAnsi" w:hAnsiTheme="majorHAnsi" w:cstheme="majorHAnsi"/>
      </w:rPr>
    </w:pPr>
    <w:r w:rsidRPr="00381209">
      <w:rPr>
        <w:rFonts w:asciiTheme="majorHAnsi" w:hAnsiTheme="majorHAnsi" w:cstheme="majorHAnsi"/>
        <w:noProof/>
      </w:rPr>
      <mc:AlternateContent>
        <mc:Choice Requires="wps">
          <w:drawing>
            <wp:anchor distT="45720" distB="45720" distL="114300" distR="114300" simplePos="0" relativeHeight="251659776" behindDoc="0" locked="0" layoutInCell="1" allowOverlap="1" wp14:anchorId="7B5936FA" wp14:editId="6EE1C5D3">
              <wp:simplePos x="0" y="0"/>
              <wp:positionH relativeFrom="column">
                <wp:posOffset>4055745</wp:posOffset>
              </wp:positionH>
              <wp:positionV relativeFrom="paragraph">
                <wp:posOffset>11430</wp:posOffset>
              </wp:positionV>
              <wp:extent cx="2360930" cy="1404620"/>
              <wp:effectExtent l="0" t="0" r="15240" b="133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37DB180B" w14:textId="2966300A" w:rsidR="00381209" w:rsidRDefault="00381209">
                          <w:r>
                            <w:rPr>
                              <w:noProof/>
                            </w:rPr>
                            <w:drawing>
                              <wp:inline distT="0" distB="0" distL="0" distR="0" wp14:anchorId="6ED331F5" wp14:editId="2ECB86F5">
                                <wp:extent cx="1979930" cy="344489"/>
                                <wp:effectExtent l="0" t="0" r="127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930" cy="344489"/>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B5936FA" id="_x0000_t202" coordsize="21600,21600" o:spt="202" path="m,l,21600r21600,l21600,xe">
              <v:stroke joinstyle="miter"/>
              <v:path gradientshapeok="t" o:connecttype="rect"/>
            </v:shapetype>
            <v:shape id="Textfeld 2" o:spid="_x0000_s1026" type="#_x0000_t202" style="position:absolute;margin-left:319.35pt;margin-top:.9pt;width:185.9pt;height:110.6pt;z-index:2516597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" strokecolor="white [3212]">
              <v:textbox style="mso-fit-shape-to-text:t">
                <w:txbxContent>
                  <w:p w14:paraId="37DB180B" w14:textId="2966300A" w:rsidR="00381209" w:rsidRDefault="00381209">
                    <w:r>
                      <w:rPr>
                        <w:noProof/>
                      </w:rPr>
                      <w:drawing>
                        <wp:inline distT="0" distB="0" distL="0" distR="0" wp14:anchorId="6ED331F5" wp14:editId="2ECB86F5">
                          <wp:extent cx="1979930" cy="344489"/>
                          <wp:effectExtent l="0" t="0" r="127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930" cy="344489"/>
                                  </a:xfrm>
                                  <a:prstGeom prst="rect">
                                    <a:avLst/>
                                  </a:prstGeom>
                                  <a:noFill/>
                                  <a:ln>
                                    <a:noFill/>
                                  </a:ln>
                                </pic:spPr>
                              </pic:pic>
                            </a:graphicData>
                          </a:graphic>
                        </wp:inline>
                      </w:drawing>
                    </w:r>
                  </w:p>
                </w:txbxContent>
              </v:textbox>
              <w10:wrap type="square"/>
            </v:shape>
          </w:pict>
        </mc:Fallback>
      </mc:AlternateContent>
    </w:r>
    <w:r w:rsidRPr="00381209">
      <w:rPr>
        <w:rFonts w:asciiTheme="majorHAnsi" w:hAnsiTheme="majorHAnsi" w:cstheme="majorHAnsi"/>
      </w:rPr>
      <w:t>PIRO Gaming GmbH</w:t>
    </w:r>
  </w:p>
  <w:p w14:paraId="6E7D5C58" w14:textId="0AD61E0B" w:rsidR="00381209" w:rsidRPr="00381209" w:rsidRDefault="00381209" w:rsidP="00381209">
    <w:pPr>
      <w:pStyle w:val="StandardWeb"/>
      <w:spacing w:before="0" w:beforeAutospacing="0" w:after="0" w:afterAutospacing="0"/>
      <w:rPr>
        <w:rFonts w:asciiTheme="majorHAnsi" w:hAnsiTheme="majorHAnsi" w:cstheme="majorHAnsi"/>
      </w:rPr>
    </w:pPr>
    <w:r w:rsidRPr="00381209">
      <w:rPr>
        <w:rFonts w:asciiTheme="majorHAnsi" w:hAnsiTheme="majorHAnsi" w:cstheme="majorHAnsi"/>
      </w:rPr>
      <w:t>Hauptplatz 40</w:t>
    </w:r>
  </w:p>
  <w:p w14:paraId="534B373B" w14:textId="573837F6" w:rsidR="00381209" w:rsidRPr="00381209" w:rsidRDefault="00381209" w:rsidP="00381209">
    <w:pPr>
      <w:pStyle w:val="StandardWeb"/>
      <w:spacing w:before="0" w:beforeAutospacing="0" w:after="0" w:afterAutospacing="0"/>
      <w:rPr>
        <w:rFonts w:asciiTheme="majorHAnsi" w:hAnsiTheme="majorHAnsi" w:cstheme="majorHAnsi"/>
      </w:rPr>
    </w:pPr>
    <w:r w:rsidRPr="00381209">
      <w:rPr>
        <w:rFonts w:asciiTheme="majorHAnsi" w:hAnsiTheme="majorHAnsi" w:cstheme="majorHAnsi"/>
      </w:rPr>
      <w:t>8970 Schladming</w:t>
    </w:r>
  </w:p>
  <w:p w14:paraId="64F98FDB" w14:textId="77777777" w:rsidR="00381209" w:rsidRDefault="0038120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82B27" w14:textId="77777777" w:rsidR="002559BD" w:rsidRDefault="002559BD" w:rsidP="00381209">
      <w:pPr>
        <w:spacing w:after="0" w:line="240" w:lineRule="auto"/>
      </w:pPr>
      <w:r>
        <w:separator/>
      </w:r>
    </w:p>
  </w:footnote>
  <w:footnote w:type="continuationSeparator" w:id="0">
    <w:p w14:paraId="12E3BA21" w14:textId="77777777" w:rsidR="002559BD" w:rsidRDefault="002559BD" w:rsidP="003812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59BD"/>
    <w:rsid w:val="0029639D"/>
    <w:rsid w:val="00326F90"/>
    <w:rsid w:val="00381209"/>
    <w:rsid w:val="003C24D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811E2C"/>
  <w14:defaultImageDpi w14:val="300"/>
  <w15:docId w15:val="{D3243442-BB14-4E5E-B5FB-77DC9D06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Standard"/>
    <w:uiPriority w:val="99"/>
    <w:semiHidden/>
    <w:unhideWhenUsed/>
    <w:rsid w:val="00381209"/>
    <w:pPr>
      <w:spacing w:before="100" w:beforeAutospacing="1" w:after="100" w:afterAutospacing="1"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2681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Claudia Robineau</cp:lastModifiedBy>
  <cp:revision>2</cp:revision>
  <dcterms:created xsi:type="dcterms:W3CDTF">2026-01-10T21:17:00Z</dcterms:created>
  <dcterms:modified xsi:type="dcterms:W3CDTF">2026-01-10T21:17:00Z</dcterms:modified>
  <cp:category/>
</cp:coreProperties>
</file>