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40F8F" w14:textId="005CA8CF" w:rsidR="002C2971" w:rsidRPr="00D40D3A" w:rsidRDefault="00000000" w:rsidP="00FD6F09">
      <w:pPr>
        <w:jc w:val="right"/>
        <w:rPr>
          <w:sz w:val="21"/>
          <w:szCs w:val="21"/>
        </w:rPr>
      </w:pPr>
      <w:r w:rsidRPr="00D40D3A">
        <w:rPr>
          <w:sz w:val="21"/>
          <w:szCs w:val="21"/>
        </w:rPr>
        <w:t>Wikimont GmbH</w:t>
      </w:r>
      <w:r w:rsidRPr="00D40D3A">
        <w:rPr>
          <w:sz w:val="21"/>
          <w:szCs w:val="21"/>
        </w:rPr>
        <w:br/>
        <w:t>Fronleichnamsweg 9</w:t>
      </w:r>
      <w:r w:rsidRPr="00D40D3A">
        <w:rPr>
          <w:sz w:val="21"/>
          <w:szCs w:val="21"/>
        </w:rPr>
        <w:br/>
        <w:t xml:space="preserve">8940 </w:t>
      </w:r>
      <w:proofErr w:type="spellStart"/>
      <w:r w:rsidRPr="00D40D3A">
        <w:rPr>
          <w:sz w:val="21"/>
          <w:szCs w:val="21"/>
        </w:rPr>
        <w:t>Liezen</w:t>
      </w:r>
      <w:proofErr w:type="spellEnd"/>
    </w:p>
    <w:p w14:paraId="45C5DA2F" w14:textId="6492CDED" w:rsidR="002C2971" w:rsidRDefault="00000000">
      <w:r>
        <w:t xml:space="preserve">Kammer für Arbeiter und </w:t>
      </w:r>
      <w:proofErr w:type="spellStart"/>
      <w:r>
        <w:t>Angestellte</w:t>
      </w:r>
      <w:proofErr w:type="spellEnd"/>
      <w:r>
        <w:t xml:space="preserve"> für Steiermark</w:t>
      </w:r>
      <w:r>
        <w:br/>
      </w:r>
      <w:r w:rsidR="00FD6F09">
        <w:t>z. H. Fr. Mag. Schott/</w:t>
      </w:r>
      <w:proofErr w:type="spellStart"/>
      <w:r w:rsidR="00FD6F09">
        <w:t>Fas</w:t>
      </w:r>
      <w:proofErr w:type="spellEnd"/>
      <w:r>
        <w:br/>
        <w:t>Hans-</w:t>
      </w:r>
      <w:proofErr w:type="spellStart"/>
      <w:r>
        <w:t>Resel</w:t>
      </w:r>
      <w:proofErr w:type="spellEnd"/>
      <w:r>
        <w:t>-Gasse 6–14</w:t>
      </w:r>
      <w:r>
        <w:br/>
        <w:t>8020 Graz</w:t>
      </w:r>
    </w:p>
    <w:p w14:paraId="70191E40" w14:textId="77777777" w:rsidR="00A7049B" w:rsidRDefault="00A7049B">
      <w:pPr>
        <w:rPr>
          <w:b/>
          <w:bCs/>
        </w:rPr>
      </w:pPr>
    </w:p>
    <w:p w14:paraId="52501304" w14:textId="7573A1F5" w:rsidR="002C2971" w:rsidRDefault="00FD6F09">
      <w:proofErr w:type="spellStart"/>
      <w:r w:rsidRPr="00FD6F09">
        <w:rPr>
          <w:b/>
          <w:bCs/>
        </w:rPr>
        <w:t>Ihr</w:t>
      </w:r>
      <w:proofErr w:type="spellEnd"/>
      <w:r w:rsidRPr="00FD6F09">
        <w:rPr>
          <w:b/>
          <w:bCs/>
        </w:rPr>
        <w:t xml:space="preserve"> </w:t>
      </w:r>
      <w:proofErr w:type="spellStart"/>
      <w:r w:rsidRPr="00FD6F09">
        <w:rPr>
          <w:b/>
          <w:bCs/>
        </w:rPr>
        <w:t>Zeichen</w:t>
      </w:r>
      <w:proofErr w:type="spellEnd"/>
      <w:r w:rsidRPr="00FD6F09">
        <w:rPr>
          <w:b/>
          <w:bCs/>
        </w:rPr>
        <w:t>:</w:t>
      </w:r>
      <w:r>
        <w:t xml:space="preserve"> 4 5 20281/2026</w:t>
      </w:r>
    </w:p>
    <w:p w14:paraId="3B233957" w14:textId="77777777" w:rsidR="00A7049B" w:rsidRDefault="00A7049B"/>
    <w:p w14:paraId="7A850BDF" w14:textId="40C034C9" w:rsidR="00FD6F09" w:rsidRDefault="00FD6F09" w:rsidP="00FD6F09">
      <w:pPr>
        <w:jc w:val="right"/>
      </w:pPr>
      <w:proofErr w:type="spellStart"/>
      <w:r>
        <w:t>Liezen</w:t>
      </w:r>
      <w:proofErr w:type="spellEnd"/>
      <w:r>
        <w:t>, 18.02.2026</w:t>
      </w:r>
    </w:p>
    <w:p w14:paraId="636B1B27" w14:textId="77777777" w:rsidR="00FD6F09" w:rsidRPr="00FD6F09" w:rsidRDefault="00FD6F09" w:rsidP="00FD6F09"/>
    <w:p w14:paraId="75FFF7FE" w14:textId="77D9D31E" w:rsidR="00FD6F09" w:rsidRPr="00D2318E" w:rsidRDefault="00FD6F09" w:rsidP="00A7049B">
      <w:r w:rsidRPr="00D2318E">
        <w:rPr>
          <w:b/>
        </w:rPr>
        <w:t xml:space="preserve">Betreff: </w:t>
      </w:r>
      <w:r w:rsidRPr="00D2318E">
        <w:t xml:space="preserve">RS Pavlic gg. Wikimont GmbH – </w:t>
      </w:r>
      <w:proofErr w:type="spellStart"/>
      <w:r w:rsidRPr="00D2318E">
        <w:t>Stellungnahme</w:t>
      </w:r>
      <w:proofErr w:type="spellEnd"/>
      <w:r w:rsidRPr="00D2318E">
        <w:t xml:space="preserve"> </w:t>
      </w:r>
      <w:proofErr w:type="spellStart"/>
      <w:r w:rsidRPr="00D2318E">
        <w:t>zur</w:t>
      </w:r>
      <w:proofErr w:type="spellEnd"/>
      <w:r w:rsidRPr="00D2318E">
        <w:t xml:space="preserve"> Intervention</w:t>
      </w:r>
    </w:p>
    <w:p w14:paraId="7848141D" w14:textId="77777777" w:rsidR="00A7049B" w:rsidRDefault="00A7049B" w:rsidP="00A7049B">
      <w:pPr>
        <w:jc w:val="both"/>
        <w:rPr>
          <w:sz w:val="21"/>
          <w:szCs w:val="21"/>
        </w:rPr>
      </w:pPr>
    </w:p>
    <w:p w14:paraId="330233A1" w14:textId="01FA3ECE" w:rsidR="002C2971" w:rsidRPr="00FD6F09" w:rsidRDefault="00000000" w:rsidP="00A7049B">
      <w:pPr>
        <w:jc w:val="both"/>
        <w:rPr>
          <w:sz w:val="21"/>
          <w:szCs w:val="21"/>
        </w:rPr>
      </w:pPr>
      <w:r w:rsidRPr="00FD6F09">
        <w:rPr>
          <w:sz w:val="21"/>
          <w:szCs w:val="21"/>
        </w:rPr>
        <w:t xml:space="preserve">Sehr </w:t>
      </w:r>
      <w:proofErr w:type="spellStart"/>
      <w:r w:rsidRPr="00FD6F09">
        <w:rPr>
          <w:sz w:val="21"/>
          <w:szCs w:val="21"/>
        </w:rPr>
        <w:t>geehrte</w:t>
      </w:r>
      <w:proofErr w:type="spellEnd"/>
      <w:r w:rsidRPr="00FD6F09">
        <w:rPr>
          <w:sz w:val="21"/>
          <w:szCs w:val="21"/>
        </w:rPr>
        <w:t xml:space="preserve"> Damen</w:t>
      </w:r>
      <w:r w:rsidR="00A7049B">
        <w:rPr>
          <w:sz w:val="21"/>
          <w:szCs w:val="21"/>
        </w:rPr>
        <w:t xml:space="preserve"> und</w:t>
      </w:r>
      <w:r w:rsidRPr="00FD6F09">
        <w:rPr>
          <w:sz w:val="21"/>
          <w:szCs w:val="21"/>
        </w:rPr>
        <w:t xml:space="preserve"> Herren,</w:t>
      </w:r>
    </w:p>
    <w:p w14:paraId="5B4926DF" w14:textId="66C8ACA2" w:rsidR="00FD6F09" w:rsidRPr="00FD6F09" w:rsidRDefault="00000000" w:rsidP="00A7049B">
      <w:pPr>
        <w:jc w:val="both"/>
        <w:rPr>
          <w:sz w:val="21"/>
          <w:szCs w:val="21"/>
        </w:rPr>
      </w:pPr>
      <w:proofErr w:type="spellStart"/>
      <w:r w:rsidRPr="00FD6F09">
        <w:rPr>
          <w:sz w:val="21"/>
          <w:szCs w:val="21"/>
        </w:rPr>
        <w:t>bezugnehmend</w:t>
      </w:r>
      <w:proofErr w:type="spellEnd"/>
      <w:r w:rsidRPr="00FD6F09">
        <w:rPr>
          <w:sz w:val="21"/>
          <w:szCs w:val="21"/>
        </w:rPr>
        <w:t xml:space="preserve"> auf </w:t>
      </w:r>
      <w:proofErr w:type="spellStart"/>
      <w:r w:rsidRPr="00FD6F09">
        <w:rPr>
          <w:sz w:val="21"/>
          <w:szCs w:val="21"/>
        </w:rPr>
        <w:t>Ihr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Schreiben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vom</w:t>
      </w:r>
      <w:proofErr w:type="spellEnd"/>
      <w:r w:rsidRPr="00FD6F09">
        <w:rPr>
          <w:sz w:val="21"/>
          <w:szCs w:val="21"/>
        </w:rPr>
        <w:t xml:space="preserve"> </w:t>
      </w:r>
      <w:r w:rsidR="008A69F4">
        <w:rPr>
          <w:sz w:val="21"/>
          <w:szCs w:val="21"/>
        </w:rPr>
        <w:t>0</w:t>
      </w:r>
      <w:r w:rsidRPr="00FD6F09">
        <w:rPr>
          <w:sz w:val="21"/>
          <w:szCs w:val="21"/>
        </w:rPr>
        <w:t>3.</w:t>
      </w:r>
      <w:r w:rsidR="008A69F4">
        <w:rPr>
          <w:sz w:val="21"/>
          <w:szCs w:val="21"/>
        </w:rPr>
        <w:t>0</w:t>
      </w:r>
      <w:r w:rsidRPr="00FD6F09">
        <w:rPr>
          <w:sz w:val="21"/>
          <w:szCs w:val="21"/>
        </w:rPr>
        <w:t xml:space="preserve">2.2026 </w:t>
      </w:r>
      <w:proofErr w:type="spellStart"/>
      <w:r w:rsidRPr="00FD6F09">
        <w:rPr>
          <w:sz w:val="21"/>
          <w:szCs w:val="21"/>
        </w:rPr>
        <w:t>betreffend</w:t>
      </w:r>
      <w:proofErr w:type="spellEnd"/>
      <w:r w:rsidRPr="00FD6F09">
        <w:rPr>
          <w:sz w:val="21"/>
          <w:szCs w:val="21"/>
        </w:rPr>
        <w:t xml:space="preserve"> Intervention in der </w:t>
      </w:r>
      <w:proofErr w:type="spellStart"/>
      <w:r w:rsidRPr="00FD6F09">
        <w:rPr>
          <w:sz w:val="21"/>
          <w:szCs w:val="21"/>
        </w:rPr>
        <w:t>Angelegenheit</w:t>
      </w:r>
      <w:proofErr w:type="spellEnd"/>
      <w:r w:rsidRPr="00FD6F09">
        <w:rPr>
          <w:sz w:val="21"/>
          <w:szCs w:val="21"/>
        </w:rPr>
        <w:t xml:space="preserve"> Herrn Milan Pavlic </w:t>
      </w:r>
      <w:proofErr w:type="spellStart"/>
      <w:r w:rsidRPr="00FD6F09">
        <w:rPr>
          <w:sz w:val="21"/>
          <w:szCs w:val="21"/>
        </w:rPr>
        <w:t>erlauben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wir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uns</w:t>
      </w:r>
      <w:proofErr w:type="spellEnd"/>
      <w:r w:rsidRPr="00FD6F09">
        <w:rPr>
          <w:sz w:val="21"/>
          <w:szCs w:val="21"/>
        </w:rPr>
        <w:t xml:space="preserve">, </w:t>
      </w:r>
      <w:proofErr w:type="spellStart"/>
      <w:r w:rsidRPr="00FD6F09">
        <w:rPr>
          <w:sz w:val="21"/>
          <w:szCs w:val="21"/>
        </w:rPr>
        <w:t>wie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folgt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Stellung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zu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nehmen</w:t>
      </w:r>
      <w:proofErr w:type="spellEnd"/>
      <w:r w:rsidRPr="00FD6F09">
        <w:rPr>
          <w:sz w:val="21"/>
          <w:szCs w:val="21"/>
        </w:rPr>
        <w:t>.</w:t>
      </w:r>
    </w:p>
    <w:p w14:paraId="2A9B6C81" w14:textId="52B7A104" w:rsidR="002C2971" w:rsidRPr="00FD6F09" w:rsidRDefault="008A69F4" w:rsidP="00A7049B">
      <w:pPr>
        <w:jc w:val="both"/>
        <w:rPr>
          <w:sz w:val="21"/>
          <w:szCs w:val="21"/>
        </w:rPr>
      </w:pPr>
      <w:r w:rsidRPr="00FD6F09">
        <w:rPr>
          <w:sz w:val="21"/>
          <w:szCs w:val="21"/>
        </w:rPr>
        <w:t xml:space="preserve">Die </w:t>
      </w:r>
      <w:proofErr w:type="spellStart"/>
      <w:r w:rsidRPr="00FD6F09">
        <w:rPr>
          <w:sz w:val="21"/>
          <w:szCs w:val="21"/>
        </w:rPr>
        <w:t>im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Schreiben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angeführten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Abmeldungen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bei</w:t>
      </w:r>
      <w:proofErr w:type="spellEnd"/>
      <w:r w:rsidRPr="00FD6F09">
        <w:rPr>
          <w:sz w:val="21"/>
          <w:szCs w:val="21"/>
        </w:rPr>
        <w:t xml:space="preserve"> der </w:t>
      </w:r>
      <w:proofErr w:type="spellStart"/>
      <w:r w:rsidRPr="00FD6F09">
        <w:rPr>
          <w:sz w:val="21"/>
          <w:szCs w:val="21"/>
        </w:rPr>
        <w:t>Österreichischen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Gesundheitskasse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erfolgten</w:t>
      </w:r>
      <w:proofErr w:type="spellEnd"/>
      <w:r w:rsidRPr="00FD6F09">
        <w:rPr>
          <w:sz w:val="21"/>
          <w:szCs w:val="21"/>
        </w:rPr>
        <w:t xml:space="preserve"> nicht </w:t>
      </w:r>
      <w:proofErr w:type="spellStart"/>
      <w:r w:rsidRPr="00FD6F09">
        <w:rPr>
          <w:sz w:val="21"/>
          <w:szCs w:val="21"/>
        </w:rPr>
        <w:t>ohne</w:t>
      </w:r>
      <w:proofErr w:type="spellEnd"/>
      <w:r w:rsidRPr="00FD6F09">
        <w:rPr>
          <w:sz w:val="21"/>
          <w:szCs w:val="21"/>
        </w:rPr>
        <w:t xml:space="preserve"> Wissen des </w:t>
      </w:r>
      <w:proofErr w:type="spellStart"/>
      <w:r w:rsidRPr="00FD6F09">
        <w:rPr>
          <w:sz w:val="21"/>
          <w:szCs w:val="21"/>
        </w:rPr>
        <w:t>Dienstnehmers</w:t>
      </w:r>
      <w:proofErr w:type="spellEnd"/>
      <w:r w:rsidRPr="00FD6F09">
        <w:rPr>
          <w:sz w:val="21"/>
          <w:szCs w:val="21"/>
        </w:rPr>
        <w:t xml:space="preserve">. </w:t>
      </w:r>
      <w:r w:rsidR="00131F5F">
        <w:rPr>
          <w:sz w:val="21"/>
          <w:szCs w:val="21"/>
        </w:rPr>
        <w:t xml:space="preserve">Herr Pavlic war in </w:t>
      </w:r>
      <w:proofErr w:type="spellStart"/>
      <w:r w:rsidR="00131F5F">
        <w:rPr>
          <w:sz w:val="21"/>
          <w:szCs w:val="21"/>
        </w:rPr>
        <w:t>unserem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Unternehmen</w:t>
      </w:r>
      <w:proofErr w:type="spellEnd"/>
      <w:r w:rsidR="00131F5F">
        <w:rPr>
          <w:sz w:val="21"/>
          <w:szCs w:val="21"/>
        </w:rPr>
        <w:t xml:space="preserve"> von 14.01.2025 bis 22.02.2025 </w:t>
      </w:r>
      <w:proofErr w:type="spellStart"/>
      <w:r w:rsidR="00131F5F">
        <w:rPr>
          <w:sz w:val="21"/>
          <w:szCs w:val="21"/>
        </w:rPr>
        <w:t>angestellt</w:t>
      </w:r>
      <w:proofErr w:type="spellEnd"/>
      <w:r w:rsidR="00131F5F">
        <w:rPr>
          <w:sz w:val="21"/>
          <w:szCs w:val="21"/>
        </w:rPr>
        <w:t xml:space="preserve">. Dann </w:t>
      </w:r>
      <w:proofErr w:type="spellStart"/>
      <w:r w:rsidR="00131F5F">
        <w:rPr>
          <w:sz w:val="21"/>
          <w:szCs w:val="21"/>
        </w:rPr>
        <w:t>wollte</w:t>
      </w:r>
      <w:proofErr w:type="spellEnd"/>
      <w:r w:rsidR="00131F5F">
        <w:rPr>
          <w:sz w:val="21"/>
          <w:szCs w:val="21"/>
        </w:rPr>
        <w:t xml:space="preserve"> er </w:t>
      </w:r>
      <w:proofErr w:type="spellStart"/>
      <w:r w:rsidR="00131F5F">
        <w:rPr>
          <w:sz w:val="21"/>
          <w:szCs w:val="21"/>
        </w:rPr>
        <w:t>aus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eigenem</w:t>
      </w:r>
      <w:proofErr w:type="spellEnd"/>
      <w:r w:rsidR="00131F5F">
        <w:rPr>
          <w:sz w:val="21"/>
          <w:szCs w:val="21"/>
        </w:rPr>
        <w:t xml:space="preserve"> Wunsch </w:t>
      </w:r>
      <w:proofErr w:type="spellStart"/>
      <w:r w:rsidR="00131F5F">
        <w:rPr>
          <w:sz w:val="21"/>
          <w:szCs w:val="21"/>
        </w:rPr>
        <w:t>nach</w:t>
      </w:r>
      <w:proofErr w:type="spellEnd"/>
      <w:r w:rsidR="00131F5F">
        <w:rPr>
          <w:sz w:val="21"/>
          <w:szCs w:val="21"/>
        </w:rPr>
        <w:t xml:space="preserve"> Hause </w:t>
      </w:r>
      <w:proofErr w:type="spellStart"/>
      <w:r w:rsidR="00131F5F">
        <w:rPr>
          <w:sz w:val="21"/>
          <w:szCs w:val="21"/>
        </w:rPr>
        <w:t>fahren</w:t>
      </w:r>
      <w:proofErr w:type="spellEnd"/>
      <w:r w:rsidR="00131F5F">
        <w:rPr>
          <w:sz w:val="21"/>
          <w:szCs w:val="21"/>
        </w:rPr>
        <w:t xml:space="preserve">, </w:t>
      </w:r>
      <w:proofErr w:type="spellStart"/>
      <w:r w:rsidR="00131F5F">
        <w:rPr>
          <w:sz w:val="21"/>
          <w:szCs w:val="21"/>
        </w:rPr>
        <w:t>deshalb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stimmten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wir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einer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einvernehmlichen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Lösung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zu</w:t>
      </w:r>
      <w:proofErr w:type="spellEnd"/>
      <w:r w:rsidR="00131F5F">
        <w:rPr>
          <w:sz w:val="21"/>
          <w:szCs w:val="21"/>
        </w:rPr>
        <w:t xml:space="preserve">. Auch der </w:t>
      </w:r>
      <w:proofErr w:type="spellStart"/>
      <w:r w:rsidR="00131F5F">
        <w:rPr>
          <w:sz w:val="21"/>
          <w:szCs w:val="21"/>
        </w:rPr>
        <w:t>Vorarbeiter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fuhr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damals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nach</w:t>
      </w:r>
      <w:proofErr w:type="spellEnd"/>
      <w:r w:rsidR="00131F5F">
        <w:rPr>
          <w:sz w:val="21"/>
          <w:szCs w:val="21"/>
        </w:rPr>
        <w:t xml:space="preserve"> Hause, </w:t>
      </w:r>
      <w:proofErr w:type="spellStart"/>
      <w:r w:rsidR="00131F5F">
        <w:rPr>
          <w:sz w:val="21"/>
          <w:szCs w:val="21"/>
        </w:rPr>
        <w:t>obwohl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genug</w:t>
      </w:r>
      <w:proofErr w:type="spellEnd"/>
      <w:r w:rsidR="00131F5F">
        <w:rPr>
          <w:sz w:val="21"/>
          <w:szCs w:val="21"/>
        </w:rPr>
        <w:t xml:space="preserve"> Arbeit </w:t>
      </w:r>
      <w:proofErr w:type="spellStart"/>
      <w:r w:rsidR="00131F5F">
        <w:rPr>
          <w:sz w:val="21"/>
          <w:szCs w:val="21"/>
        </w:rPr>
        <w:t>zur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Verfügung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gestanden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wäre</w:t>
      </w:r>
      <w:proofErr w:type="spellEnd"/>
      <w:r w:rsidR="00131F5F">
        <w:rPr>
          <w:sz w:val="21"/>
          <w:szCs w:val="21"/>
        </w:rPr>
        <w:t xml:space="preserve">. </w:t>
      </w:r>
      <w:proofErr w:type="spellStart"/>
      <w:r w:rsidR="00131F5F">
        <w:rPr>
          <w:sz w:val="21"/>
          <w:szCs w:val="21"/>
        </w:rPr>
        <w:t>Anschließend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fing</w:t>
      </w:r>
      <w:proofErr w:type="spellEnd"/>
      <w:r w:rsidR="00131F5F">
        <w:rPr>
          <w:sz w:val="21"/>
          <w:szCs w:val="21"/>
        </w:rPr>
        <w:t xml:space="preserve"> der </w:t>
      </w:r>
      <w:proofErr w:type="spellStart"/>
      <w:r w:rsidR="00131F5F">
        <w:rPr>
          <w:sz w:val="21"/>
          <w:szCs w:val="21"/>
        </w:rPr>
        <w:t>Dienstnehmer</w:t>
      </w:r>
      <w:proofErr w:type="spellEnd"/>
      <w:r w:rsidR="00131F5F">
        <w:rPr>
          <w:sz w:val="21"/>
          <w:szCs w:val="21"/>
        </w:rPr>
        <w:t xml:space="preserve"> am 17.03.2025 </w:t>
      </w:r>
      <w:proofErr w:type="spellStart"/>
      <w:r w:rsidR="00131F5F">
        <w:rPr>
          <w:sz w:val="21"/>
          <w:szCs w:val="21"/>
        </w:rPr>
        <w:t>wieder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bei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uns</w:t>
      </w:r>
      <w:proofErr w:type="spellEnd"/>
      <w:r w:rsidR="00131F5F">
        <w:rPr>
          <w:sz w:val="21"/>
          <w:szCs w:val="21"/>
        </w:rPr>
        <w:t xml:space="preserve"> an. In </w:t>
      </w:r>
      <w:proofErr w:type="spellStart"/>
      <w:r w:rsidR="00131F5F">
        <w:rPr>
          <w:sz w:val="21"/>
          <w:szCs w:val="21"/>
        </w:rPr>
        <w:t>diesem</w:t>
      </w:r>
      <w:proofErr w:type="spellEnd"/>
      <w:r w:rsidR="00131F5F">
        <w:rPr>
          <w:sz w:val="21"/>
          <w:szCs w:val="21"/>
        </w:rPr>
        <w:t xml:space="preserve"> </w:t>
      </w:r>
      <w:proofErr w:type="spellStart"/>
      <w:r w:rsidR="00131F5F">
        <w:rPr>
          <w:sz w:val="21"/>
          <w:szCs w:val="21"/>
        </w:rPr>
        <w:t>Zeitraum</w:t>
      </w:r>
      <w:proofErr w:type="spellEnd"/>
      <w:r w:rsidR="00131F5F">
        <w:rPr>
          <w:sz w:val="21"/>
          <w:szCs w:val="21"/>
        </w:rPr>
        <w:t xml:space="preserve"> war Herr Pavlic von 11.08.-22.08.2025</w:t>
      </w:r>
      <w:r w:rsidR="00FF2C24">
        <w:rPr>
          <w:sz w:val="21"/>
          <w:szCs w:val="21"/>
        </w:rPr>
        <w:t xml:space="preserve">, </w:t>
      </w:r>
      <w:proofErr w:type="gramStart"/>
      <w:r w:rsidR="00460246">
        <w:rPr>
          <w:sz w:val="21"/>
          <w:szCs w:val="21"/>
        </w:rPr>
        <w:t>01.09.-</w:t>
      </w:r>
      <w:proofErr w:type="gramEnd"/>
      <w:r w:rsidR="00FF2C24">
        <w:rPr>
          <w:sz w:val="21"/>
          <w:szCs w:val="21"/>
        </w:rPr>
        <w:t xml:space="preserve">08.09.2025 und </w:t>
      </w:r>
      <w:proofErr w:type="gramStart"/>
      <w:r w:rsidR="00FF2C24">
        <w:rPr>
          <w:sz w:val="21"/>
          <w:szCs w:val="21"/>
        </w:rPr>
        <w:t>29.09.-</w:t>
      </w:r>
      <w:proofErr w:type="gramEnd"/>
      <w:r w:rsidR="00FF2C24">
        <w:rPr>
          <w:sz w:val="21"/>
          <w:szCs w:val="21"/>
        </w:rPr>
        <w:t>06.10.2025</w:t>
      </w:r>
      <w:r w:rsidR="00131F5F">
        <w:rPr>
          <w:sz w:val="21"/>
          <w:szCs w:val="21"/>
        </w:rPr>
        <w:t xml:space="preserve"> auf </w:t>
      </w:r>
      <w:proofErr w:type="spellStart"/>
      <w:r w:rsidR="00131F5F">
        <w:rPr>
          <w:sz w:val="21"/>
          <w:szCs w:val="21"/>
        </w:rPr>
        <w:t>eigenen</w:t>
      </w:r>
      <w:proofErr w:type="spellEnd"/>
      <w:r w:rsidR="00131F5F">
        <w:rPr>
          <w:sz w:val="21"/>
          <w:szCs w:val="21"/>
        </w:rPr>
        <w:t xml:space="preserve"> </w:t>
      </w:r>
      <w:r w:rsidR="00FF2C24">
        <w:rPr>
          <w:sz w:val="21"/>
          <w:szCs w:val="21"/>
        </w:rPr>
        <w:t xml:space="preserve">Wunsch auf Urlaub </w:t>
      </w:r>
      <w:proofErr w:type="spellStart"/>
      <w:r w:rsidR="00FF2C24">
        <w:rPr>
          <w:sz w:val="21"/>
          <w:szCs w:val="21"/>
        </w:rPr>
        <w:t>bzw</w:t>
      </w:r>
      <w:proofErr w:type="spellEnd"/>
      <w:r w:rsidR="00FF2C24">
        <w:rPr>
          <w:sz w:val="21"/>
          <w:szCs w:val="21"/>
        </w:rPr>
        <w:t xml:space="preserve">. </w:t>
      </w:r>
      <w:r w:rsidR="00460246">
        <w:rPr>
          <w:sz w:val="21"/>
          <w:szCs w:val="21"/>
        </w:rPr>
        <w:t>hat sein</w:t>
      </w:r>
      <w:r w:rsidR="00FF2C24">
        <w:rPr>
          <w:sz w:val="21"/>
          <w:szCs w:val="21"/>
        </w:rPr>
        <w:t xml:space="preserve"> </w:t>
      </w:r>
      <w:proofErr w:type="spellStart"/>
      <w:r w:rsidR="00FF2C24">
        <w:rPr>
          <w:sz w:val="21"/>
          <w:szCs w:val="21"/>
        </w:rPr>
        <w:t>Zeitguthaben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verbraucht</w:t>
      </w:r>
      <w:proofErr w:type="spellEnd"/>
      <w:r w:rsidR="00FF2C24">
        <w:rPr>
          <w:sz w:val="21"/>
          <w:szCs w:val="21"/>
        </w:rPr>
        <w:t xml:space="preserve">. </w:t>
      </w:r>
      <w:r w:rsidR="00460246">
        <w:rPr>
          <w:sz w:val="21"/>
          <w:szCs w:val="21"/>
        </w:rPr>
        <w:t xml:space="preserve">Da Herr Pavlic ab 21.10. auf </w:t>
      </w:r>
      <w:proofErr w:type="spellStart"/>
      <w:r w:rsidR="00460246">
        <w:rPr>
          <w:sz w:val="21"/>
          <w:szCs w:val="21"/>
        </w:rPr>
        <w:t>eigenen</w:t>
      </w:r>
      <w:proofErr w:type="spellEnd"/>
      <w:r w:rsidR="00460246">
        <w:rPr>
          <w:sz w:val="21"/>
          <w:szCs w:val="21"/>
        </w:rPr>
        <w:t xml:space="preserve"> Wunsch und für private </w:t>
      </w:r>
      <w:proofErr w:type="spellStart"/>
      <w:r w:rsidR="00460246">
        <w:rPr>
          <w:sz w:val="21"/>
          <w:szCs w:val="21"/>
        </w:rPr>
        <w:t>Erledigungen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zuhause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wieder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frei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haben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wollte</w:t>
      </w:r>
      <w:proofErr w:type="spellEnd"/>
      <w:r w:rsidR="00460246">
        <w:rPr>
          <w:sz w:val="21"/>
          <w:szCs w:val="21"/>
        </w:rPr>
        <w:t xml:space="preserve">, </w:t>
      </w:r>
      <w:proofErr w:type="spellStart"/>
      <w:r w:rsidR="00460246">
        <w:rPr>
          <w:sz w:val="21"/>
          <w:szCs w:val="21"/>
        </w:rPr>
        <w:t>aber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kein</w:t>
      </w:r>
      <w:proofErr w:type="spellEnd"/>
      <w:r w:rsidR="00460246">
        <w:rPr>
          <w:sz w:val="21"/>
          <w:szCs w:val="21"/>
        </w:rPr>
        <w:t xml:space="preserve"> Urlaub </w:t>
      </w:r>
      <w:proofErr w:type="spellStart"/>
      <w:r w:rsidR="00460246">
        <w:rPr>
          <w:sz w:val="21"/>
          <w:szCs w:val="21"/>
        </w:rPr>
        <w:t>bzw</w:t>
      </w:r>
      <w:proofErr w:type="spellEnd"/>
      <w:r w:rsidR="00460246">
        <w:rPr>
          <w:sz w:val="21"/>
          <w:szCs w:val="21"/>
        </w:rPr>
        <w:t xml:space="preserve">. </w:t>
      </w:r>
      <w:proofErr w:type="spellStart"/>
      <w:r w:rsidR="00460246">
        <w:rPr>
          <w:sz w:val="21"/>
          <w:szCs w:val="21"/>
        </w:rPr>
        <w:t>Zeitguthaben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mehr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vorhanden</w:t>
      </w:r>
      <w:proofErr w:type="spellEnd"/>
      <w:r w:rsidR="00460246">
        <w:rPr>
          <w:sz w:val="21"/>
          <w:szCs w:val="21"/>
        </w:rPr>
        <w:t xml:space="preserve"> war, </w:t>
      </w:r>
      <w:proofErr w:type="spellStart"/>
      <w:r w:rsidR="00460246">
        <w:rPr>
          <w:sz w:val="21"/>
          <w:szCs w:val="21"/>
        </w:rPr>
        <w:t>mussten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wir</w:t>
      </w:r>
      <w:proofErr w:type="spellEnd"/>
      <w:r w:rsidR="00460246">
        <w:rPr>
          <w:sz w:val="21"/>
          <w:szCs w:val="21"/>
        </w:rPr>
        <w:t xml:space="preserve"> das </w:t>
      </w:r>
      <w:proofErr w:type="spellStart"/>
      <w:r w:rsidR="00460246">
        <w:rPr>
          <w:sz w:val="21"/>
          <w:szCs w:val="21"/>
        </w:rPr>
        <w:t>Dienstverhältnis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mit</w:t>
      </w:r>
      <w:proofErr w:type="spellEnd"/>
      <w:r w:rsidR="00460246">
        <w:rPr>
          <w:sz w:val="21"/>
          <w:szCs w:val="21"/>
        </w:rPr>
        <w:t xml:space="preserve"> 20.10.2025 </w:t>
      </w:r>
      <w:proofErr w:type="spellStart"/>
      <w:r w:rsidR="00460246">
        <w:rPr>
          <w:sz w:val="21"/>
          <w:szCs w:val="21"/>
        </w:rPr>
        <w:t>beenden</w:t>
      </w:r>
      <w:proofErr w:type="spellEnd"/>
      <w:r w:rsidR="00460246">
        <w:rPr>
          <w:sz w:val="21"/>
          <w:szCs w:val="21"/>
        </w:rPr>
        <w:t xml:space="preserve">. </w:t>
      </w:r>
      <w:r w:rsidR="00546977">
        <w:rPr>
          <w:sz w:val="21"/>
          <w:szCs w:val="21"/>
        </w:rPr>
        <w:t xml:space="preserve">Zu </w:t>
      </w:r>
      <w:proofErr w:type="spellStart"/>
      <w:r w:rsidR="00546977">
        <w:rPr>
          <w:sz w:val="21"/>
          <w:szCs w:val="21"/>
        </w:rPr>
        <w:t>jedem</w:t>
      </w:r>
      <w:proofErr w:type="spellEnd"/>
      <w:r w:rsidR="00546977">
        <w:rPr>
          <w:sz w:val="21"/>
          <w:szCs w:val="21"/>
        </w:rPr>
        <w:t xml:space="preserve"> </w:t>
      </w:r>
      <w:proofErr w:type="spellStart"/>
      <w:r w:rsidR="00546977">
        <w:rPr>
          <w:sz w:val="21"/>
          <w:szCs w:val="21"/>
        </w:rPr>
        <w:t>Zeitpunkt</w:t>
      </w:r>
      <w:proofErr w:type="spellEnd"/>
      <w:r w:rsidR="00546977">
        <w:rPr>
          <w:sz w:val="21"/>
          <w:szCs w:val="21"/>
        </w:rPr>
        <w:t xml:space="preserve">, wo Herr Pavlic auf </w:t>
      </w:r>
      <w:proofErr w:type="spellStart"/>
      <w:r w:rsidR="00546977">
        <w:rPr>
          <w:sz w:val="21"/>
          <w:szCs w:val="21"/>
        </w:rPr>
        <w:t>eigenen</w:t>
      </w:r>
      <w:proofErr w:type="spellEnd"/>
      <w:r w:rsidR="00546977">
        <w:rPr>
          <w:sz w:val="21"/>
          <w:szCs w:val="21"/>
        </w:rPr>
        <w:t xml:space="preserve"> Wunsch Urlaub </w:t>
      </w:r>
      <w:proofErr w:type="spellStart"/>
      <w:r w:rsidR="00546977">
        <w:rPr>
          <w:sz w:val="21"/>
          <w:szCs w:val="21"/>
        </w:rPr>
        <w:t>angetreten</w:t>
      </w:r>
      <w:proofErr w:type="spellEnd"/>
      <w:r w:rsidR="00546977">
        <w:rPr>
          <w:sz w:val="21"/>
          <w:szCs w:val="21"/>
        </w:rPr>
        <w:t xml:space="preserve"> hat, </w:t>
      </w:r>
      <w:proofErr w:type="spellStart"/>
      <w:r w:rsidR="00546977">
        <w:rPr>
          <w:sz w:val="21"/>
          <w:szCs w:val="21"/>
        </w:rPr>
        <w:t>wäre</w:t>
      </w:r>
      <w:proofErr w:type="spellEnd"/>
      <w:r w:rsidR="00546977">
        <w:rPr>
          <w:sz w:val="21"/>
          <w:szCs w:val="21"/>
        </w:rPr>
        <w:t xml:space="preserve"> </w:t>
      </w:r>
      <w:proofErr w:type="spellStart"/>
      <w:r w:rsidR="00546977">
        <w:rPr>
          <w:sz w:val="21"/>
          <w:szCs w:val="21"/>
        </w:rPr>
        <w:t>genügend</w:t>
      </w:r>
      <w:proofErr w:type="spellEnd"/>
      <w:r w:rsidR="00546977">
        <w:rPr>
          <w:sz w:val="21"/>
          <w:szCs w:val="21"/>
        </w:rPr>
        <w:t xml:space="preserve"> Arbeit </w:t>
      </w:r>
      <w:proofErr w:type="spellStart"/>
      <w:r w:rsidR="00546977">
        <w:rPr>
          <w:sz w:val="21"/>
          <w:szCs w:val="21"/>
        </w:rPr>
        <w:t>zur</w:t>
      </w:r>
      <w:proofErr w:type="spellEnd"/>
      <w:r w:rsidR="00546977">
        <w:rPr>
          <w:sz w:val="21"/>
          <w:szCs w:val="21"/>
        </w:rPr>
        <w:t xml:space="preserve"> </w:t>
      </w:r>
      <w:proofErr w:type="spellStart"/>
      <w:r w:rsidR="00546977">
        <w:rPr>
          <w:sz w:val="21"/>
          <w:szCs w:val="21"/>
        </w:rPr>
        <w:t>Verfügung</w:t>
      </w:r>
      <w:proofErr w:type="spellEnd"/>
      <w:r w:rsidR="00546977">
        <w:rPr>
          <w:sz w:val="21"/>
          <w:szCs w:val="21"/>
        </w:rPr>
        <w:t xml:space="preserve"> </w:t>
      </w:r>
      <w:proofErr w:type="spellStart"/>
      <w:r w:rsidR="00546977">
        <w:rPr>
          <w:sz w:val="21"/>
          <w:szCs w:val="21"/>
        </w:rPr>
        <w:t>gestanden</w:t>
      </w:r>
      <w:proofErr w:type="spellEnd"/>
      <w:r w:rsidR="00546977">
        <w:rPr>
          <w:sz w:val="21"/>
          <w:szCs w:val="21"/>
        </w:rPr>
        <w:t xml:space="preserve">. </w:t>
      </w:r>
      <w:proofErr w:type="spellStart"/>
      <w:r w:rsidR="00460246">
        <w:rPr>
          <w:sz w:val="21"/>
          <w:szCs w:val="21"/>
        </w:rPr>
        <w:t>Danach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wollte</w:t>
      </w:r>
      <w:proofErr w:type="spellEnd"/>
      <w:r w:rsidR="00460246">
        <w:rPr>
          <w:sz w:val="21"/>
          <w:szCs w:val="21"/>
        </w:rPr>
        <w:t xml:space="preserve"> er am 04.11.</w:t>
      </w:r>
      <w:r>
        <w:rPr>
          <w:sz w:val="21"/>
          <w:szCs w:val="21"/>
        </w:rPr>
        <w:t>2025</w:t>
      </w:r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wieder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bei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uns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zu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arbeiten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beginnen</w:t>
      </w:r>
      <w:proofErr w:type="spellEnd"/>
      <w:r w:rsidR="00460246">
        <w:rPr>
          <w:sz w:val="21"/>
          <w:szCs w:val="21"/>
        </w:rPr>
        <w:t xml:space="preserve">, </w:t>
      </w:r>
      <w:proofErr w:type="spellStart"/>
      <w:r w:rsidR="00460246">
        <w:rPr>
          <w:sz w:val="21"/>
          <w:szCs w:val="21"/>
        </w:rPr>
        <w:t>weshalb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wir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ihn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wieder</w:t>
      </w:r>
      <w:proofErr w:type="spellEnd"/>
      <w:r w:rsidR="00460246">
        <w:rPr>
          <w:sz w:val="21"/>
          <w:szCs w:val="21"/>
        </w:rPr>
        <w:t xml:space="preserve"> von 04.11.-18.12.2025 </w:t>
      </w:r>
      <w:proofErr w:type="spellStart"/>
      <w:r w:rsidR="00460246">
        <w:rPr>
          <w:sz w:val="21"/>
          <w:szCs w:val="21"/>
        </w:rPr>
        <w:t>anstellten</w:t>
      </w:r>
      <w:proofErr w:type="spellEnd"/>
      <w:r w:rsidR="00460246">
        <w:rPr>
          <w:sz w:val="21"/>
          <w:szCs w:val="21"/>
        </w:rPr>
        <w:t xml:space="preserve">. </w:t>
      </w:r>
      <w:r w:rsidR="00813BE3">
        <w:rPr>
          <w:sz w:val="21"/>
          <w:szCs w:val="21"/>
        </w:rPr>
        <w:t xml:space="preserve">Von 01.12.-03.12.2026 </w:t>
      </w:r>
      <w:proofErr w:type="spellStart"/>
      <w:r w:rsidR="00813BE3">
        <w:rPr>
          <w:sz w:val="21"/>
          <w:szCs w:val="21"/>
        </w:rPr>
        <w:t>ist</w:t>
      </w:r>
      <w:proofErr w:type="spellEnd"/>
      <w:r w:rsidR="00813BE3">
        <w:rPr>
          <w:sz w:val="21"/>
          <w:szCs w:val="21"/>
        </w:rPr>
        <w:t xml:space="preserve"> Herr Pavlic, </w:t>
      </w:r>
      <w:proofErr w:type="spellStart"/>
      <w:r w:rsidR="00813BE3">
        <w:rPr>
          <w:sz w:val="21"/>
          <w:szCs w:val="21"/>
        </w:rPr>
        <w:t>ohne</w:t>
      </w:r>
      <w:proofErr w:type="spellEnd"/>
      <w:r w:rsidR="00813BE3">
        <w:rPr>
          <w:sz w:val="21"/>
          <w:szCs w:val="21"/>
        </w:rPr>
        <w:t xml:space="preserve"> </w:t>
      </w:r>
      <w:proofErr w:type="spellStart"/>
      <w:r w:rsidR="00813BE3">
        <w:rPr>
          <w:sz w:val="21"/>
          <w:szCs w:val="21"/>
        </w:rPr>
        <w:t>seinem</w:t>
      </w:r>
      <w:proofErr w:type="spellEnd"/>
      <w:r w:rsidR="00813BE3">
        <w:rPr>
          <w:sz w:val="21"/>
          <w:szCs w:val="21"/>
        </w:rPr>
        <w:t xml:space="preserve"> </w:t>
      </w:r>
      <w:proofErr w:type="spellStart"/>
      <w:r w:rsidR="00813BE3">
        <w:rPr>
          <w:sz w:val="21"/>
          <w:szCs w:val="21"/>
        </w:rPr>
        <w:t>Arbeitgeber</w:t>
      </w:r>
      <w:proofErr w:type="spellEnd"/>
      <w:r w:rsidR="00813BE3">
        <w:rPr>
          <w:sz w:val="21"/>
          <w:szCs w:val="21"/>
        </w:rPr>
        <w:t xml:space="preserve"> </w:t>
      </w:r>
      <w:proofErr w:type="spellStart"/>
      <w:r w:rsidR="00813BE3">
        <w:rPr>
          <w:sz w:val="21"/>
          <w:szCs w:val="21"/>
        </w:rPr>
        <w:t>einen</w:t>
      </w:r>
      <w:proofErr w:type="spellEnd"/>
      <w:r w:rsidR="00813BE3">
        <w:rPr>
          <w:sz w:val="21"/>
          <w:szCs w:val="21"/>
        </w:rPr>
        <w:t xml:space="preserve"> Grund </w:t>
      </w:r>
      <w:proofErr w:type="spellStart"/>
      <w:r w:rsidR="00813BE3">
        <w:rPr>
          <w:sz w:val="21"/>
          <w:szCs w:val="21"/>
        </w:rPr>
        <w:t>mitzuteilen</w:t>
      </w:r>
      <w:proofErr w:type="spellEnd"/>
      <w:r w:rsidR="00813BE3">
        <w:rPr>
          <w:sz w:val="21"/>
          <w:szCs w:val="21"/>
        </w:rPr>
        <w:t xml:space="preserve">, nicht auf der Arbeit </w:t>
      </w:r>
      <w:proofErr w:type="spellStart"/>
      <w:r w:rsidR="00813BE3">
        <w:rPr>
          <w:sz w:val="21"/>
          <w:szCs w:val="21"/>
        </w:rPr>
        <w:t>erschienen</w:t>
      </w:r>
      <w:proofErr w:type="spellEnd"/>
      <w:r w:rsidR="00813BE3">
        <w:rPr>
          <w:sz w:val="21"/>
          <w:szCs w:val="21"/>
        </w:rPr>
        <w:t xml:space="preserve">. </w:t>
      </w:r>
      <w:proofErr w:type="spellStart"/>
      <w:r w:rsidR="00813BE3">
        <w:rPr>
          <w:sz w:val="21"/>
          <w:szCs w:val="21"/>
        </w:rPr>
        <w:t>Deshalb</w:t>
      </w:r>
      <w:proofErr w:type="spellEnd"/>
      <w:r w:rsidR="00813BE3">
        <w:rPr>
          <w:sz w:val="21"/>
          <w:szCs w:val="21"/>
        </w:rPr>
        <w:t xml:space="preserve"> </w:t>
      </w:r>
      <w:proofErr w:type="spellStart"/>
      <w:r w:rsidR="00813BE3">
        <w:rPr>
          <w:sz w:val="21"/>
          <w:szCs w:val="21"/>
        </w:rPr>
        <w:t>wurden</w:t>
      </w:r>
      <w:proofErr w:type="spellEnd"/>
      <w:r w:rsidR="00813BE3">
        <w:rPr>
          <w:sz w:val="21"/>
          <w:szCs w:val="21"/>
        </w:rPr>
        <w:t xml:space="preserve"> </w:t>
      </w:r>
      <w:proofErr w:type="spellStart"/>
      <w:r w:rsidR="00813BE3">
        <w:rPr>
          <w:sz w:val="21"/>
          <w:szCs w:val="21"/>
        </w:rPr>
        <w:t>dafür</w:t>
      </w:r>
      <w:proofErr w:type="spellEnd"/>
      <w:r w:rsidR="00813BE3">
        <w:rPr>
          <w:sz w:val="21"/>
          <w:szCs w:val="21"/>
        </w:rPr>
        <w:t xml:space="preserve"> </w:t>
      </w:r>
      <w:proofErr w:type="spellStart"/>
      <w:r w:rsidR="00813BE3">
        <w:rPr>
          <w:sz w:val="21"/>
          <w:szCs w:val="21"/>
        </w:rPr>
        <w:t>Urlaubstage</w:t>
      </w:r>
      <w:proofErr w:type="spellEnd"/>
      <w:r w:rsidR="00813BE3">
        <w:rPr>
          <w:sz w:val="21"/>
          <w:szCs w:val="21"/>
        </w:rPr>
        <w:t xml:space="preserve"> </w:t>
      </w:r>
      <w:proofErr w:type="spellStart"/>
      <w:r w:rsidR="00813BE3">
        <w:rPr>
          <w:sz w:val="21"/>
          <w:szCs w:val="21"/>
        </w:rPr>
        <w:t>eingetragen</w:t>
      </w:r>
      <w:proofErr w:type="spellEnd"/>
      <w:r w:rsidR="00813BE3">
        <w:rPr>
          <w:sz w:val="21"/>
          <w:szCs w:val="21"/>
        </w:rPr>
        <w:t xml:space="preserve">. </w:t>
      </w:r>
      <w:r w:rsidR="00B21416">
        <w:rPr>
          <w:sz w:val="21"/>
          <w:szCs w:val="21"/>
        </w:rPr>
        <w:t>Die</w:t>
      </w:r>
      <w:r w:rsidR="00460246">
        <w:rPr>
          <w:sz w:val="21"/>
          <w:szCs w:val="21"/>
        </w:rPr>
        <w:t xml:space="preserve"> </w:t>
      </w:r>
      <w:proofErr w:type="spellStart"/>
      <w:r w:rsidR="00B21416">
        <w:rPr>
          <w:sz w:val="21"/>
          <w:szCs w:val="21"/>
        </w:rPr>
        <w:t>Auflösung</w:t>
      </w:r>
      <w:proofErr w:type="spellEnd"/>
      <w:r w:rsidR="00B21416">
        <w:rPr>
          <w:sz w:val="21"/>
          <w:szCs w:val="21"/>
        </w:rPr>
        <w:t xml:space="preserve"> des </w:t>
      </w:r>
      <w:proofErr w:type="spellStart"/>
      <w:r w:rsidR="00B21416">
        <w:rPr>
          <w:sz w:val="21"/>
          <w:szCs w:val="21"/>
        </w:rPr>
        <w:t>Dienstverhältnisses</w:t>
      </w:r>
      <w:proofErr w:type="spellEnd"/>
      <w:r w:rsidR="00B21416">
        <w:rPr>
          <w:sz w:val="21"/>
          <w:szCs w:val="21"/>
        </w:rPr>
        <w:t xml:space="preserve"> </w:t>
      </w:r>
      <w:r w:rsidR="00B21416">
        <w:rPr>
          <w:sz w:val="21"/>
          <w:szCs w:val="21"/>
        </w:rPr>
        <w:t xml:space="preserve">am </w:t>
      </w:r>
      <w:r w:rsidR="00B21416">
        <w:rPr>
          <w:sz w:val="21"/>
          <w:szCs w:val="21"/>
        </w:rPr>
        <w:t xml:space="preserve">18.12.2025 </w:t>
      </w:r>
      <w:proofErr w:type="spellStart"/>
      <w:r w:rsidR="00B21416">
        <w:rPr>
          <w:sz w:val="21"/>
          <w:szCs w:val="21"/>
        </w:rPr>
        <w:t>erfolgte</w:t>
      </w:r>
      <w:proofErr w:type="spellEnd"/>
      <w:r w:rsidR="00B21416">
        <w:rPr>
          <w:sz w:val="21"/>
          <w:szCs w:val="21"/>
        </w:rPr>
        <w:t xml:space="preserve"> </w:t>
      </w:r>
      <w:proofErr w:type="spellStart"/>
      <w:r w:rsidR="00B21416">
        <w:rPr>
          <w:sz w:val="21"/>
          <w:szCs w:val="21"/>
        </w:rPr>
        <w:t>einvernehmlich</w:t>
      </w:r>
      <w:proofErr w:type="spellEnd"/>
      <w:r w:rsidR="00460246">
        <w:rPr>
          <w:sz w:val="21"/>
          <w:szCs w:val="21"/>
        </w:rPr>
        <w:t xml:space="preserve">, da </w:t>
      </w:r>
      <w:proofErr w:type="spellStart"/>
      <w:r w:rsidR="00460246">
        <w:rPr>
          <w:sz w:val="21"/>
          <w:szCs w:val="21"/>
        </w:rPr>
        <w:t>saisonbedingt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zu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dieser</w:t>
      </w:r>
      <w:proofErr w:type="spellEnd"/>
      <w:r w:rsidR="00460246">
        <w:rPr>
          <w:sz w:val="21"/>
          <w:szCs w:val="21"/>
        </w:rPr>
        <w:t xml:space="preserve"> Zeit </w:t>
      </w:r>
      <w:proofErr w:type="spellStart"/>
      <w:r w:rsidR="00460246">
        <w:rPr>
          <w:sz w:val="21"/>
          <w:szCs w:val="21"/>
        </w:rPr>
        <w:t>keine</w:t>
      </w:r>
      <w:proofErr w:type="spellEnd"/>
      <w:r w:rsidR="00460246">
        <w:rPr>
          <w:sz w:val="21"/>
          <w:szCs w:val="21"/>
        </w:rPr>
        <w:t xml:space="preserve"> Arbeit </w:t>
      </w:r>
      <w:proofErr w:type="spellStart"/>
      <w:r w:rsidR="00460246">
        <w:rPr>
          <w:sz w:val="21"/>
          <w:szCs w:val="21"/>
        </w:rPr>
        <w:t>zur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Verfügung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gestellt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werden</w:t>
      </w:r>
      <w:proofErr w:type="spellEnd"/>
      <w:r w:rsidR="00460246">
        <w:rPr>
          <w:sz w:val="21"/>
          <w:szCs w:val="21"/>
        </w:rPr>
        <w:t xml:space="preserve"> </w:t>
      </w:r>
      <w:proofErr w:type="spellStart"/>
      <w:r w:rsidR="00460246">
        <w:rPr>
          <w:sz w:val="21"/>
          <w:szCs w:val="21"/>
        </w:rPr>
        <w:t>kann</w:t>
      </w:r>
      <w:proofErr w:type="spellEnd"/>
      <w:r w:rsidR="00460246">
        <w:rPr>
          <w:sz w:val="21"/>
          <w:szCs w:val="21"/>
        </w:rPr>
        <w:t xml:space="preserve">. </w:t>
      </w:r>
      <w:r w:rsidR="00B21416">
        <w:rPr>
          <w:sz w:val="21"/>
          <w:szCs w:val="21"/>
        </w:rPr>
        <w:t xml:space="preserve">Es </w:t>
      </w:r>
      <w:proofErr w:type="spellStart"/>
      <w:r w:rsidR="00B21416">
        <w:rPr>
          <w:sz w:val="21"/>
          <w:szCs w:val="21"/>
        </w:rPr>
        <w:t>wurde</w:t>
      </w:r>
      <w:proofErr w:type="spellEnd"/>
      <w:r w:rsidR="00B21416">
        <w:rPr>
          <w:sz w:val="21"/>
          <w:szCs w:val="21"/>
        </w:rPr>
        <w:t xml:space="preserve"> </w:t>
      </w:r>
      <w:proofErr w:type="spellStart"/>
      <w:r w:rsidR="00B21416">
        <w:rPr>
          <w:sz w:val="21"/>
          <w:szCs w:val="21"/>
        </w:rPr>
        <w:t>eine</w:t>
      </w:r>
      <w:proofErr w:type="spellEnd"/>
      <w:r w:rsidR="00B21416"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Wiedereinstellungsbestätigung</w:t>
      </w:r>
      <w:proofErr w:type="spellEnd"/>
      <w:r>
        <w:rPr>
          <w:sz w:val="21"/>
          <w:szCs w:val="21"/>
        </w:rPr>
        <w:t xml:space="preserve"> </w:t>
      </w:r>
      <w:r w:rsidR="00B21416">
        <w:rPr>
          <w:sz w:val="21"/>
          <w:szCs w:val="21"/>
        </w:rPr>
        <w:t>für</w:t>
      </w:r>
      <w:r>
        <w:rPr>
          <w:sz w:val="21"/>
          <w:szCs w:val="21"/>
        </w:rPr>
        <w:t xml:space="preserve"> 14.01.2026</w:t>
      </w:r>
      <w:r w:rsidR="00B21416">
        <w:rPr>
          <w:sz w:val="21"/>
          <w:szCs w:val="21"/>
        </w:rPr>
        <w:t xml:space="preserve"> </w:t>
      </w:r>
      <w:proofErr w:type="spellStart"/>
      <w:r w:rsidR="00B21416">
        <w:rPr>
          <w:sz w:val="21"/>
          <w:szCs w:val="21"/>
        </w:rPr>
        <w:t>ausgestellt</w:t>
      </w:r>
      <w:proofErr w:type="spellEnd"/>
      <w:r>
        <w:rPr>
          <w:sz w:val="21"/>
          <w:szCs w:val="21"/>
        </w:rPr>
        <w:t xml:space="preserve">. </w:t>
      </w:r>
      <w:r w:rsidR="00546977">
        <w:rPr>
          <w:sz w:val="21"/>
          <w:szCs w:val="21"/>
        </w:rPr>
        <w:t xml:space="preserve">Laut </w:t>
      </w:r>
      <w:proofErr w:type="spellStart"/>
      <w:r w:rsidR="00546977">
        <w:rPr>
          <w:sz w:val="21"/>
          <w:szCs w:val="21"/>
        </w:rPr>
        <w:t>Aussage</w:t>
      </w:r>
      <w:proofErr w:type="spellEnd"/>
      <w:r w:rsidR="00546977">
        <w:rPr>
          <w:sz w:val="21"/>
          <w:szCs w:val="21"/>
        </w:rPr>
        <w:t xml:space="preserve"> des </w:t>
      </w:r>
      <w:proofErr w:type="spellStart"/>
      <w:r w:rsidR="00546977">
        <w:rPr>
          <w:sz w:val="21"/>
          <w:szCs w:val="21"/>
        </w:rPr>
        <w:t>Vorarbeiters</w:t>
      </w:r>
      <w:proofErr w:type="spellEnd"/>
      <w:r w:rsidR="00546977">
        <w:rPr>
          <w:sz w:val="21"/>
          <w:szCs w:val="21"/>
        </w:rPr>
        <w:t xml:space="preserve"> </w:t>
      </w:r>
      <w:proofErr w:type="spellStart"/>
      <w:r w:rsidR="00546977">
        <w:rPr>
          <w:sz w:val="21"/>
          <w:szCs w:val="21"/>
        </w:rPr>
        <w:t>wollte</w:t>
      </w:r>
      <w:proofErr w:type="spellEnd"/>
      <w:r w:rsidR="00546977">
        <w:rPr>
          <w:sz w:val="21"/>
          <w:szCs w:val="21"/>
        </w:rPr>
        <w:t xml:space="preserve"> </w:t>
      </w:r>
      <w:r w:rsidR="00B21416">
        <w:rPr>
          <w:sz w:val="21"/>
          <w:szCs w:val="21"/>
        </w:rPr>
        <w:t>Herr Pavlic</w:t>
      </w:r>
      <w:r w:rsidR="00546977">
        <w:rPr>
          <w:sz w:val="21"/>
          <w:szCs w:val="21"/>
        </w:rPr>
        <w:t xml:space="preserve"> </w:t>
      </w:r>
      <w:proofErr w:type="spellStart"/>
      <w:r w:rsidR="00546977">
        <w:rPr>
          <w:sz w:val="21"/>
          <w:szCs w:val="21"/>
        </w:rPr>
        <w:t>jedoch</w:t>
      </w:r>
      <w:proofErr w:type="spellEnd"/>
      <w:r w:rsidR="00546977">
        <w:rPr>
          <w:sz w:val="21"/>
          <w:szCs w:val="21"/>
        </w:rPr>
        <w:t xml:space="preserve"> bis Mai 2026 </w:t>
      </w:r>
      <w:proofErr w:type="spellStart"/>
      <w:r w:rsidR="00546977">
        <w:rPr>
          <w:sz w:val="21"/>
          <w:szCs w:val="21"/>
        </w:rPr>
        <w:t>zuhause</w:t>
      </w:r>
      <w:proofErr w:type="spellEnd"/>
      <w:r w:rsidR="00546977">
        <w:rPr>
          <w:sz w:val="21"/>
          <w:szCs w:val="21"/>
        </w:rPr>
        <w:t xml:space="preserve"> in </w:t>
      </w:r>
      <w:proofErr w:type="spellStart"/>
      <w:r w:rsidR="00546977">
        <w:rPr>
          <w:sz w:val="21"/>
          <w:szCs w:val="21"/>
        </w:rPr>
        <w:t>Kroatien</w:t>
      </w:r>
      <w:proofErr w:type="spellEnd"/>
      <w:r w:rsidR="00546977">
        <w:rPr>
          <w:sz w:val="21"/>
          <w:szCs w:val="21"/>
        </w:rPr>
        <w:t xml:space="preserve"> </w:t>
      </w:r>
      <w:proofErr w:type="spellStart"/>
      <w:r w:rsidR="00546977">
        <w:rPr>
          <w:sz w:val="21"/>
          <w:szCs w:val="21"/>
        </w:rPr>
        <w:t>bleiben</w:t>
      </w:r>
      <w:proofErr w:type="spellEnd"/>
      <w:r w:rsidR="00546977">
        <w:rPr>
          <w:sz w:val="21"/>
          <w:szCs w:val="21"/>
        </w:rPr>
        <w:t xml:space="preserve"> und erst </w:t>
      </w:r>
      <w:proofErr w:type="spellStart"/>
      <w:r w:rsidR="00B21416">
        <w:rPr>
          <w:sz w:val="21"/>
          <w:szCs w:val="21"/>
        </w:rPr>
        <w:t>danach</w:t>
      </w:r>
      <w:proofErr w:type="spellEnd"/>
      <w:r w:rsidR="00546977">
        <w:rPr>
          <w:sz w:val="21"/>
          <w:szCs w:val="21"/>
        </w:rPr>
        <w:t xml:space="preserve"> </w:t>
      </w:r>
      <w:proofErr w:type="spellStart"/>
      <w:r w:rsidR="00546977">
        <w:rPr>
          <w:sz w:val="21"/>
          <w:szCs w:val="21"/>
        </w:rPr>
        <w:t>wieder</w:t>
      </w:r>
      <w:proofErr w:type="spellEnd"/>
      <w:r w:rsidR="00546977">
        <w:rPr>
          <w:sz w:val="21"/>
          <w:szCs w:val="21"/>
        </w:rPr>
        <w:t xml:space="preserve"> </w:t>
      </w:r>
      <w:proofErr w:type="spellStart"/>
      <w:r w:rsidR="00546977">
        <w:rPr>
          <w:sz w:val="21"/>
          <w:szCs w:val="21"/>
        </w:rPr>
        <w:t>bei</w:t>
      </w:r>
      <w:proofErr w:type="spellEnd"/>
      <w:r w:rsidR="00546977">
        <w:rPr>
          <w:sz w:val="21"/>
          <w:szCs w:val="21"/>
        </w:rPr>
        <w:t xml:space="preserve"> </w:t>
      </w:r>
      <w:proofErr w:type="spellStart"/>
      <w:r w:rsidR="00546977">
        <w:rPr>
          <w:sz w:val="21"/>
          <w:szCs w:val="21"/>
        </w:rPr>
        <w:t>uns</w:t>
      </w:r>
      <w:proofErr w:type="spellEnd"/>
      <w:r w:rsidR="00546977">
        <w:rPr>
          <w:sz w:val="21"/>
          <w:szCs w:val="21"/>
        </w:rPr>
        <w:t xml:space="preserve"> </w:t>
      </w:r>
      <w:proofErr w:type="spellStart"/>
      <w:r w:rsidR="00B21416">
        <w:rPr>
          <w:sz w:val="21"/>
          <w:szCs w:val="21"/>
        </w:rPr>
        <w:t>zu</w:t>
      </w:r>
      <w:proofErr w:type="spellEnd"/>
      <w:r w:rsidR="00B21416">
        <w:rPr>
          <w:sz w:val="21"/>
          <w:szCs w:val="21"/>
        </w:rPr>
        <w:t xml:space="preserve"> </w:t>
      </w:r>
      <w:proofErr w:type="spellStart"/>
      <w:r w:rsidR="00B21416">
        <w:rPr>
          <w:sz w:val="21"/>
          <w:szCs w:val="21"/>
        </w:rPr>
        <w:t>arbeiten</w:t>
      </w:r>
      <w:proofErr w:type="spellEnd"/>
      <w:r w:rsidR="00B21416">
        <w:rPr>
          <w:sz w:val="21"/>
          <w:szCs w:val="21"/>
        </w:rPr>
        <w:t xml:space="preserve"> </w:t>
      </w:r>
      <w:proofErr w:type="spellStart"/>
      <w:r w:rsidR="00B21416">
        <w:rPr>
          <w:sz w:val="21"/>
          <w:szCs w:val="21"/>
        </w:rPr>
        <w:t>beginnen</w:t>
      </w:r>
      <w:proofErr w:type="spellEnd"/>
      <w:r w:rsidR="00546977">
        <w:rPr>
          <w:sz w:val="21"/>
          <w:szCs w:val="21"/>
        </w:rPr>
        <w:t>.</w:t>
      </w:r>
    </w:p>
    <w:p w14:paraId="70C6C727" w14:textId="64CAE000" w:rsidR="00FD6F09" w:rsidRPr="00FD6F09" w:rsidRDefault="00000000" w:rsidP="00A7049B">
      <w:pPr>
        <w:jc w:val="both"/>
        <w:rPr>
          <w:sz w:val="21"/>
          <w:szCs w:val="21"/>
        </w:rPr>
      </w:pPr>
      <w:r w:rsidRPr="00FD6F09">
        <w:rPr>
          <w:sz w:val="21"/>
          <w:szCs w:val="21"/>
        </w:rPr>
        <w:lastRenderedPageBreak/>
        <w:t xml:space="preserve">Nach </w:t>
      </w:r>
      <w:proofErr w:type="spellStart"/>
      <w:r w:rsidRPr="00FD6F09">
        <w:rPr>
          <w:sz w:val="21"/>
          <w:szCs w:val="21"/>
        </w:rPr>
        <w:t>sorgfältiger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Prüfung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unserer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Lohnbuchhaltung</w:t>
      </w:r>
      <w:proofErr w:type="spellEnd"/>
      <w:r w:rsidRPr="00FD6F09">
        <w:rPr>
          <w:sz w:val="21"/>
          <w:szCs w:val="21"/>
        </w:rPr>
        <w:t xml:space="preserve"> </w:t>
      </w:r>
      <w:r w:rsidR="002F2561">
        <w:rPr>
          <w:sz w:val="21"/>
          <w:szCs w:val="21"/>
        </w:rPr>
        <w:t xml:space="preserve">2024 und 2025 </w:t>
      </w:r>
      <w:proofErr w:type="spellStart"/>
      <w:r w:rsidRPr="00FD6F09">
        <w:rPr>
          <w:sz w:val="21"/>
          <w:szCs w:val="21"/>
        </w:rPr>
        <w:t>können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wir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bestätigen</w:t>
      </w:r>
      <w:proofErr w:type="spellEnd"/>
      <w:r w:rsidRPr="00FD6F09">
        <w:rPr>
          <w:sz w:val="21"/>
          <w:szCs w:val="21"/>
        </w:rPr>
        <w:t xml:space="preserve">, </w:t>
      </w:r>
      <w:proofErr w:type="spellStart"/>
      <w:r w:rsidRPr="00FD6F09">
        <w:rPr>
          <w:sz w:val="21"/>
          <w:szCs w:val="21"/>
        </w:rPr>
        <w:t>dass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sämtliche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Entgeltansprüche</w:t>
      </w:r>
      <w:proofErr w:type="spellEnd"/>
      <w:r w:rsidRPr="00FD6F09">
        <w:rPr>
          <w:sz w:val="21"/>
          <w:szCs w:val="21"/>
        </w:rPr>
        <w:t xml:space="preserve">, </w:t>
      </w:r>
      <w:proofErr w:type="spellStart"/>
      <w:r w:rsidRPr="00FD6F09">
        <w:rPr>
          <w:sz w:val="21"/>
          <w:szCs w:val="21"/>
        </w:rPr>
        <w:t>Sonderzahlungen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sowie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Zulagen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ordnungsgemäß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abgerechnet</w:t>
      </w:r>
      <w:proofErr w:type="spellEnd"/>
      <w:r w:rsidRPr="00FD6F09">
        <w:rPr>
          <w:sz w:val="21"/>
          <w:szCs w:val="21"/>
        </w:rPr>
        <w:t xml:space="preserve"> und </w:t>
      </w:r>
      <w:proofErr w:type="spellStart"/>
      <w:r w:rsidRPr="00FD6F09">
        <w:rPr>
          <w:sz w:val="21"/>
          <w:szCs w:val="21"/>
        </w:rPr>
        <w:t>ausbezahlt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wurden</w:t>
      </w:r>
      <w:proofErr w:type="spellEnd"/>
      <w:r w:rsidR="00546977">
        <w:rPr>
          <w:sz w:val="21"/>
          <w:szCs w:val="21"/>
        </w:rPr>
        <w:t>, es</w:t>
      </w:r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bestehen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keine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offenen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Entgeltdifferenzen</w:t>
      </w:r>
      <w:proofErr w:type="spellEnd"/>
      <w:r w:rsidR="008A69F4">
        <w:rPr>
          <w:sz w:val="21"/>
          <w:szCs w:val="21"/>
        </w:rPr>
        <w:t xml:space="preserve"> für Herrn Pavlic</w:t>
      </w:r>
      <w:r w:rsidRPr="00FD6F09">
        <w:rPr>
          <w:sz w:val="21"/>
          <w:szCs w:val="21"/>
        </w:rPr>
        <w:t>.</w:t>
      </w:r>
      <w:r w:rsidR="008A69F4">
        <w:rPr>
          <w:sz w:val="21"/>
          <w:szCs w:val="21"/>
        </w:rPr>
        <w:t xml:space="preserve"> Durch </w:t>
      </w:r>
      <w:proofErr w:type="spellStart"/>
      <w:r w:rsidR="008A69F4">
        <w:rPr>
          <w:sz w:val="21"/>
          <w:szCs w:val="21"/>
        </w:rPr>
        <w:t>Ihre</w:t>
      </w:r>
      <w:proofErr w:type="spellEnd"/>
      <w:r w:rsidR="008A69F4">
        <w:rPr>
          <w:sz w:val="21"/>
          <w:szCs w:val="21"/>
        </w:rPr>
        <w:t xml:space="preserve"> Intervention </w:t>
      </w:r>
      <w:proofErr w:type="spellStart"/>
      <w:r w:rsidR="008A69F4">
        <w:rPr>
          <w:sz w:val="21"/>
          <w:szCs w:val="21"/>
        </w:rPr>
        <w:t>haben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wir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jedoch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festgestellt</w:t>
      </w:r>
      <w:proofErr w:type="spellEnd"/>
      <w:r w:rsidR="008A69F4">
        <w:rPr>
          <w:sz w:val="21"/>
          <w:szCs w:val="21"/>
        </w:rPr>
        <w:t xml:space="preserve">, </w:t>
      </w:r>
      <w:proofErr w:type="spellStart"/>
      <w:r w:rsidR="008A69F4">
        <w:rPr>
          <w:sz w:val="21"/>
          <w:szCs w:val="21"/>
        </w:rPr>
        <w:t>dass</w:t>
      </w:r>
      <w:proofErr w:type="spellEnd"/>
      <w:r w:rsidR="008A69F4">
        <w:rPr>
          <w:sz w:val="21"/>
          <w:szCs w:val="21"/>
        </w:rPr>
        <w:t xml:space="preserve"> dem </w:t>
      </w:r>
      <w:proofErr w:type="spellStart"/>
      <w:r w:rsidR="008A69F4">
        <w:rPr>
          <w:sz w:val="21"/>
          <w:szCs w:val="21"/>
        </w:rPr>
        <w:t>Dienstnehmer</w:t>
      </w:r>
      <w:proofErr w:type="spellEnd"/>
      <w:r w:rsidR="008A69F4">
        <w:rPr>
          <w:sz w:val="21"/>
          <w:szCs w:val="21"/>
        </w:rPr>
        <w:t xml:space="preserve"> am </w:t>
      </w:r>
      <w:r w:rsidRPr="00FD6F09">
        <w:rPr>
          <w:sz w:val="21"/>
          <w:szCs w:val="21"/>
        </w:rPr>
        <w:t xml:space="preserve">13.06.2025 </w:t>
      </w:r>
      <w:proofErr w:type="spellStart"/>
      <w:r w:rsidRPr="00FD6F09">
        <w:rPr>
          <w:sz w:val="21"/>
          <w:szCs w:val="21"/>
        </w:rPr>
        <w:t>ein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Vorschuss</w:t>
      </w:r>
      <w:proofErr w:type="spellEnd"/>
      <w:r w:rsidRPr="00FD6F09">
        <w:rPr>
          <w:sz w:val="21"/>
          <w:szCs w:val="21"/>
        </w:rPr>
        <w:t xml:space="preserve"> in </w:t>
      </w:r>
      <w:proofErr w:type="spellStart"/>
      <w:r w:rsidRPr="00FD6F09">
        <w:rPr>
          <w:sz w:val="21"/>
          <w:szCs w:val="21"/>
        </w:rPr>
        <w:t>Höhe</w:t>
      </w:r>
      <w:proofErr w:type="spellEnd"/>
      <w:r w:rsidRPr="00FD6F09">
        <w:rPr>
          <w:sz w:val="21"/>
          <w:szCs w:val="21"/>
        </w:rPr>
        <w:t xml:space="preserve"> von 1.000 € </w:t>
      </w:r>
      <w:proofErr w:type="spellStart"/>
      <w:r w:rsidRPr="00FD6F09">
        <w:rPr>
          <w:sz w:val="21"/>
          <w:szCs w:val="21"/>
        </w:rPr>
        <w:t>ausbezahlt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 w:rsidRPr="00FD6F09">
        <w:rPr>
          <w:sz w:val="21"/>
          <w:szCs w:val="21"/>
        </w:rPr>
        <w:t>wurde</w:t>
      </w:r>
      <w:proofErr w:type="spellEnd"/>
      <w:r w:rsidRPr="00FD6F09">
        <w:rPr>
          <w:sz w:val="21"/>
          <w:szCs w:val="21"/>
        </w:rPr>
        <w:t xml:space="preserve">. Dieser Betrag wurde im Zuge der Endabrechnung nicht </w:t>
      </w:r>
      <w:proofErr w:type="spellStart"/>
      <w:r w:rsidRPr="00FD6F09">
        <w:rPr>
          <w:sz w:val="21"/>
          <w:szCs w:val="21"/>
        </w:rPr>
        <w:t>gegengerechnet</w:t>
      </w:r>
      <w:proofErr w:type="spellEnd"/>
      <w:r w:rsidRPr="00FD6F09">
        <w:rPr>
          <w:sz w:val="21"/>
          <w:szCs w:val="21"/>
        </w:rPr>
        <w:t xml:space="preserve"> und </w:t>
      </w:r>
      <w:proofErr w:type="spellStart"/>
      <w:r w:rsidRPr="00FD6F09">
        <w:rPr>
          <w:sz w:val="21"/>
          <w:szCs w:val="21"/>
        </w:rPr>
        <w:t>stellt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daher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eine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offene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Forderung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unseres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Unternehmens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gegenüber</w:t>
      </w:r>
      <w:proofErr w:type="spellEnd"/>
      <w:r w:rsidRPr="00FD6F09">
        <w:rPr>
          <w:sz w:val="21"/>
          <w:szCs w:val="21"/>
        </w:rPr>
        <w:t xml:space="preserve"> Herrn Pavlic </w:t>
      </w:r>
      <w:proofErr w:type="spellStart"/>
      <w:r w:rsidRPr="00FD6F09">
        <w:rPr>
          <w:sz w:val="21"/>
          <w:szCs w:val="21"/>
        </w:rPr>
        <w:t>dar</w:t>
      </w:r>
      <w:proofErr w:type="spellEnd"/>
      <w:r w:rsidRPr="00FD6F09">
        <w:rPr>
          <w:sz w:val="21"/>
          <w:szCs w:val="21"/>
        </w:rPr>
        <w:t>.</w:t>
      </w:r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Sollte</w:t>
      </w:r>
      <w:proofErr w:type="spellEnd"/>
      <w:r w:rsidR="008A69F4">
        <w:rPr>
          <w:sz w:val="21"/>
          <w:szCs w:val="21"/>
        </w:rPr>
        <w:t xml:space="preserve"> Herr Pavlic </w:t>
      </w:r>
      <w:proofErr w:type="spellStart"/>
      <w:r w:rsidR="008A69F4">
        <w:rPr>
          <w:sz w:val="21"/>
          <w:szCs w:val="21"/>
        </w:rPr>
        <w:t>nach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eigener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Aussage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wieder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ein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Arbeitsverhältnis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mit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uns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im</w:t>
      </w:r>
      <w:proofErr w:type="spellEnd"/>
      <w:r w:rsidR="008A69F4">
        <w:rPr>
          <w:sz w:val="21"/>
          <w:szCs w:val="21"/>
        </w:rPr>
        <w:t xml:space="preserve"> Mai 2026 </w:t>
      </w:r>
      <w:proofErr w:type="spellStart"/>
      <w:r w:rsidR="008A69F4">
        <w:rPr>
          <w:sz w:val="21"/>
          <w:szCs w:val="21"/>
        </w:rPr>
        <w:t>beginnen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wollen</w:t>
      </w:r>
      <w:proofErr w:type="spellEnd"/>
      <w:r w:rsidR="008A69F4">
        <w:rPr>
          <w:sz w:val="21"/>
          <w:szCs w:val="21"/>
        </w:rPr>
        <w:t xml:space="preserve">, </w:t>
      </w:r>
      <w:proofErr w:type="spellStart"/>
      <w:r w:rsidR="008A69F4">
        <w:rPr>
          <w:sz w:val="21"/>
          <w:szCs w:val="21"/>
        </w:rPr>
        <w:t>müssten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wir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ihm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diese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offenen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Forderung</w:t>
      </w:r>
      <w:proofErr w:type="spellEnd"/>
      <w:r w:rsidR="008A69F4">
        <w:rPr>
          <w:sz w:val="21"/>
          <w:szCs w:val="21"/>
        </w:rPr>
        <w:t xml:space="preserve"> </w:t>
      </w:r>
      <w:proofErr w:type="spellStart"/>
      <w:r w:rsidR="008A69F4">
        <w:rPr>
          <w:sz w:val="21"/>
          <w:szCs w:val="21"/>
        </w:rPr>
        <w:t>zum</w:t>
      </w:r>
      <w:proofErr w:type="spellEnd"/>
      <w:r w:rsidR="008A69F4">
        <w:rPr>
          <w:sz w:val="21"/>
          <w:szCs w:val="21"/>
        </w:rPr>
        <w:t xml:space="preserve"> Abzug </w:t>
      </w:r>
      <w:proofErr w:type="spellStart"/>
      <w:r w:rsidR="008A69F4">
        <w:rPr>
          <w:sz w:val="21"/>
          <w:szCs w:val="21"/>
        </w:rPr>
        <w:t>bringen</w:t>
      </w:r>
      <w:proofErr w:type="spellEnd"/>
      <w:r w:rsidR="008A69F4">
        <w:rPr>
          <w:sz w:val="21"/>
          <w:szCs w:val="21"/>
        </w:rPr>
        <w:t>.</w:t>
      </w:r>
    </w:p>
    <w:p w14:paraId="5B386074" w14:textId="2D38D3A0" w:rsidR="00FD6F09" w:rsidRPr="00FD6F09" w:rsidRDefault="00000000" w:rsidP="00A7049B">
      <w:pPr>
        <w:jc w:val="both"/>
        <w:rPr>
          <w:sz w:val="21"/>
          <w:szCs w:val="21"/>
        </w:rPr>
      </w:pPr>
      <w:r w:rsidRPr="00FD6F09">
        <w:rPr>
          <w:sz w:val="21"/>
          <w:szCs w:val="21"/>
        </w:rPr>
        <w:t xml:space="preserve">Zur </w:t>
      </w:r>
      <w:proofErr w:type="spellStart"/>
      <w:r w:rsidRPr="00FD6F09">
        <w:rPr>
          <w:sz w:val="21"/>
          <w:szCs w:val="21"/>
        </w:rPr>
        <w:t>vollständigen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Klärung</w:t>
      </w:r>
      <w:proofErr w:type="spellEnd"/>
      <w:r w:rsidRPr="00FD6F09">
        <w:rPr>
          <w:sz w:val="21"/>
          <w:szCs w:val="21"/>
        </w:rPr>
        <w:t xml:space="preserve"> der </w:t>
      </w:r>
      <w:proofErr w:type="spellStart"/>
      <w:r w:rsidRPr="00FD6F09">
        <w:rPr>
          <w:sz w:val="21"/>
          <w:szCs w:val="21"/>
        </w:rPr>
        <w:t>Angelegenheit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übermitteln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wir</w:t>
      </w:r>
      <w:proofErr w:type="spellEnd"/>
      <w:r w:rsidRPr="00FD6F09">
        <w:rPr>
          <w:sz w:val="21"/>
          <w:szCs w:val="21"/>
        </w:rPr>
        <w:t xml:space="preserve"> Ihnen in der </w:t>
      </w:r>
      <w:proofErr w:type="spellStart"/>
      <w:r w:rsidRPr="00FD6F09">
        <w:rPr>
          <w:sz w:val="21"/>
          <w:szCs w:val="21"/>
        </w:rPr>
        <w:t>Beilage</w:t>
      </w:r>
      <w:proofErr w:type="spellEnd"/>
      <w:r w:rsidR="00FD6F09"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sämtliche</w:t>
      </w:r>
      <w:proofErr w:type="spellEnd"/>
      <w:r w:rsidRPr="00FD6F09">
        <w:rPr>
          <w:sz w:val="21"/>
          <w:szCs w:val="21"/>
        </w:rPr>
        <w:t xml:space="preserve"> Lohnzettel </w:t>
      </w:r>
      <w:proofErr w:type="spellStart"/>
      <w:r w:rsidR="008A69F4">
        <w:rPr>
          <w:sz w:val="21"/>
          <w:szCs w:val="21"/>
        </w:rPr>
        <w:t>aus</w:t>
      </w:r>
      <w:proofErr w:type="spellEnd"/>
      <w:r w:rsidR="008A69F4">
        <w:rPr>
          <w:sz w:val="21"/>
          <w:szCs w:val="21"/>
        </w:rPr>
        <w:t xml:space="preserve"> </w:t>
      </w:r>
      <w:r w:rsidRPr="00FD6F09">
        <w:rPr>
          <w:sz w:val="21"/>
          <w:szCs w:val="21"/>
        </w:rPr>
        <w:t>2025</w:t>
      </w:r>
      <w:r w:rsidR="00FD6F09" w:rsidRPr="00FD6F09">
        <w:rPr>
          <w:sz w:val="21"/>
          <w:szCs w:val="21"/>
        </w:rPr>
        <w:t xml:space="preserve">, </w:t>
      </w:r>
      <w:proofErr w:type="spellStart"/>
      <w:r w:rsidR="008A69F4">
        <w:rPr>
          <w:sz w:val="21"/>
          <w:szCs w:val="21"/>
        </w:rPr>
        <w:t>sowie</w:t>
      </w:r>
      <w:proofErr w:type="spellEnd"/>
      <w:r w:rsidR="008A69F4">
        <w:rPr>
          <w:sz w:val="21"/>
          <w:szCs w:val="21"/>
        </w:rPr>
        <w:t xml:space="preserve"> </w:t>
      </w:r>
      <w:r w:rsidRPr="00FD6F09">
        <w:rPr>
          <w:sz w:val="21"/>
          <w:szCs w:val="21"/>
        </w:rPr>
        <w:t xml:space="preserve">alle An- und </w:t>
      </w:r>
      <w:proofErr w:type="spellStart"/>
      <w:r w:rsidRPr="00FD6F09">
        <w:rPr>
          <w:sz w:val="21"/>
          <w:szCs w:val="21"/>
        </w:rPr>
        <w:t>Abmeldungen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bei</w:t>
      </w:r>
      <w:proofErr w:type="spellEnd"/>
      <w:r w:rsidRPr="00FD6F09">
        <w:rPr>
          <w:sz w:val="21"/>
          <w:szCs w:val="21"/>
        </w:rPr>
        <w:t xml:space="preserve"> der ÖGK</w:t>
      </w:r>
      <w:r w:rsidR="00FD6F09" w:rsidRPr="00FD6F09">
        <w:rPr>
          <w:sz w:val="21"/>
          <w:szCs w:val="21"/>
        </w:rPr>
        <w:t xml:space="preserve"> und die </w:t>
      </w:r>
      <w:proofErr w:type="spellStart"/>
      <w:r w:rsidRPr="00FD6F09">
        <w:rPr>
          <w:sz w:val="21"/>
          <w:szCs w:val="21"/>
        </w:rPr>
        <w:t>Zahlungsbestätigung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über</w:t>
      </w:r>
      <w:proofErr w:type="spellEnd"/>
      <w:r w:rsidRPr="00FD6F09">
        <w:rPr>
          <w:sz w:val="21"/>
          <w:szCs w:val="21"/>
        </w:rPr>
        <w:t xml:space="preserve"> den </w:t>
      </w:r>
      <w:proofErr w:type="spellStart"/>
      <w:r w:rsidRPr="00FD6F09">
        <w:rPr>
          <w:sz w:val="21"/>
          <w:szCs w:val="21"/>
        </w:rPr>
        <w:t>ausbezahlten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Vorschuss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vom</w:t>
      </w:r>
      <w:proofErr w:type="spellEnd"/>
      <w:r w:rsidRPr="00FD6F09">
        <w:rPr>
          <w:sz w:val="21"/>
          <w:szCs w:val="21"/>
        </w:rPr>
        <w:t xml:space="preserve"> 13.06.2025</w:t>
      </w:r>
      <w:r w:rsidR="00FD6F09" w:rsidRPr="00FD6F09">
        <w:rPr>
          <w:sz w:val="21"/>
          <w:szCs w:val="21"/>
        </w:rPr>
        <w:t>.</w:t>
      </w:r>
    </w:p>
    <w:p w14:paraId="7CC6C3E1" w14:textId="1CD91D8E" w:rsidR="002C2971" w:rsidRPr="00FD6F09" w:rsidRDefault="00000000" w:rsidP="00A7049B">
      <w:pPr>
        <w:jc w:val="both"/>
        <w:rPr>
          <w:sz w:val="21"/>
          <w:szCs w:val="21"/>
        </w:rPr>
      </w:pPr>
      <w:r w:rsidRPr="00FD6F09">
        <w:rPr>
          <w:sz w:val="21"/>
          <w:szCs w:val="21"/>
        </w:rPr>
        <w:t xml:space="preserve">Wir </w:t>
      </w:r>
      <w:proofErr w:type="spellStart"/>
      <w:r w:rsidRPr="00FD6F09">
        <w:rPr>
          <w:sz w:val="21"/>
          <w:szCs w:val="21"/>
        </w:rPr>
        <w:t>ersuchen</w:t>
      </w:r>
      <w:proofErr w:type="spellEnd"/>
      <w:r w:rsidRPr="00FD6F09">
        <w:rPr>
          <w:sz w:val="21"/>
          <w:szCs w:val="21"/>
        </w:rPr>
        <w:t xml:space="preserve"> um </w:t>
      </w:r>
      <w:proofErr w:type="spellStart"/>
      <w:r w:rsidRPr="00FD6F09">
        <w:rPr>
          <w:sz w:val="21"/>
          <w:szCs w:val="21"/>
        </w:rPr>
        <w:t>Kenntnisnahme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unserer</w:t>
      </w:r>
      <w:proofErr w:type="spellEnd"/>
      <w:r w:rsidRPr="00FD6F09">
        <w:rPr>
          <w:sz w:val="21"/>
          <w:szCs w:val="21"/>
        </w:rPr>
        <w:t xml:space="preserve"> Stellungnahme. Sollten weitere Informationen oder Unterlagen benötigt werden, stehen wir selbstverständlich zur Verfügung.</w:t>
      </w:r>
    </w:p>
    <w:p w14:paraId="702E28AB" w14:textId="77777777" w:rsidR="002F2561" w:rsidRDefault="00000000" w:rsidP="00A7049B">
      <w:pPr>
        <w:rPr>
          <w:sz w:val="21"/>
          <w:szCs w:val="21"/>
        </w:rPr>
      </w:pPr>
      <w:r w:rsidRPr="00FD6F09">
        <w:rPr>
          <w:sz w:val="21"/>
          <w:szCs w:val="21"/>
        </w:rPr>
        <w:t xml:space="preserve">Mit </w:t>
      </w:r>
      <w:proofErr w:type="spellStart"/>
      <w:r w:rsidRPr="00FD6F09">
        <w:rPr>
          <w:sz w:val="21"/>
          <w:szCs w:val="21"/>
        </w:rPr>
        <w:t>freundlichen</w:t>
      </w:r>
      <w:proofErr w:type="spellEnd"/>
      <w:r w:rsidRPr="00FD6F09">
        <w:rPr>
          <w:sz w:val="21"/>
          <w:szCs w:val="21"/>
        </w:rPr>
        <w:t xml:space="preserve"> </w:t>
      </w:r>
      <w:proofErr w:type="spellStart"/>
      <w:r w:rsidRPr="00FD6F09">
        <w:rPr>
          <w:sz w:val="21"/>
          <w:szCs w:val="21"/>
        </w:rPr>
        <w:t>Grüßen</w:t>
      </w:r>
      <w:proofErr w:type="spellEnd"/>
      <w:r w:rsidR="00D40D3A">
        <w:rPr>
          <w:sz w:val="21"/>
          <w:szCs w:val="21"/>
        </w:rPr>
        <w:br/>
      </w:r>
      <w:r w:rsidR="00D40D3A">
        <w:rPr>
          <w:sz w:val="21"/>
          <w:szCs w:val="21"/>
        </w:rPr>
        <w:br/>
      </w:r>
      <w:r w:rsidR="00D40D3A">
        <w:rPr>
          <w:sz w:val="21"/>
          <w:szCs w:val="21"/>
        </w:rPr>
        <w:br/>
      </w:r>
    </w:p>
    <w:p w14:paraId="320BBC52" w14:textId="77777777" w:rsidR="002F2561" w:rsidRDefault="002F2561">
      <w:pPr>
        <w:rPr>
          <w:sz w:val="21"/>
          <w:szCs w:val="21"/>
        </w:rPr>
      </w:pPr>
    </w:p>
    <w:p w14:paraId="70558C9E" w14:textId="693A1CE6" w:rsidR="002C2971" w:rsidRPr="00FD6F09" w:rsidRDefault="00D40D3A">
      <w:pPr>
        <w:rPr>
          <w:sz w:val="21"/>
          <w:szCs w:val="21"/>
        </w:rPr>
      </w:pPr>
      <w:r>
        <w:rPr>
          <w:sz w:val="21"/>
          <w:szCs w:val="21"/>
        </w:rPr>
        <w:br/>
      </w:r>
      <w:r w:rsidR="00000000" w:rsidRPr="00FD6F09">
        <w:rPr>
          <w:sz w:val="21"/>
          <w:szCs w:val="21"/>
        </w:rPr>
        <w:br/>
      </w:r>
      <w:r w:rsidR="00FD6F09" w:rsidRPr="00FD6F09">
        <w:rPr>
          <w:sz w:val="21"/>
          <w:szCs w:val="21"/>
        </w:rPr>
        <w:t>Erika Leitner</w:t>
      </w:r>
      <w:r w:rsidR="00A7049B">
        <w:rPr>
          <w:sz w:val="21"/>
          <w:szCs w:val="21"/>
        </w:rPr>
        <w:br/>
      </w:r>
      <w:proofErr w:type="spellStart"/>
      <w:r w:rsidR="00FD6F09" w:rsidRPr="00FD6F09">
        <w:rPr>
          <w:sz w:val="21"/>
          <w:szCs w:val="21"/>
        </w:rPr>
        <w:t>Geschäftsführ</w:t>
      </w:r>
      <w:r w:rsidR="00A7049B">
        <w:rPr>
          <w:sz w:val="21"/>
          <w:szCs w:val="21"/>
        </w:rPr>
        <w:t>ung</w:t>
      </w:r>
      <w:proofErr w:type="spellEnd"/>
      <w:r w:rsidR="00546977">
        <w:rPr>
          <w:sz w:val="21"/>
          <w:szCs w:val="21"/>
        </w:rPr>
        <w:t xml:space="preserve"> Wikimont GmbH</w:t>
      </w:r>
    </w:p>
    <w:sectPr w:rsidR="002C2971" w:rsidRPr="00FD6F09" w:rsidSect="00D40D3A">
      <w:pgSz w:w="12240" w:h="15840"/>
      <w:pgMar w:top="1418" w:right="1800" w:bottom="1135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7259757">
    <w:abstractNumId w:val="8"/>
  </w:num>
  <w:num w:numId="2" w16cid:durableId="1059669168">
    <w:abstractNumId w:val="6"/>
  </w:num>
  <w:num w:numId="3" w16cid:durableId="755438772">
    <w:abstractNumId w:val="5"/>
  </w:num>
  <w:num w:numId="4" w16cid:durableId="243878034">
    <w:abstractNumId w:val="4"/>
  </w:num>
  <w:num w:numId="5" w16cid:durableId="1213149887">
    <w:abstractNumId w:val="7"/>
  </w:num>
  <w:num w:numId="6" w16cid:durableId="535460187">
    <w:abstractNumId w:val="3"/>
  </w:num>
  <w:num w:numId="7" w16cid:durableId="1879122658">
    <w:abstractNumId w:val="2"/>
  </w:num>
  <w:num w:numId="8" w16cid:durableId="1600792366">
    <w:abstractNumId w:val="1"/>
  </w:num>
  <w:num w:numId="9" w16cid:durableId="1607888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1F5F"/>
    <w:rsid w:val="0015074B"/>
    <w:rsid w:val="001C2495"/>
    <w:rsid w:val="0029639D"/>
    <w:rsid w:val="002C2971"/>
    <w:rsid w:val="002F2561"/>
    <w:rsid w:val="00326F90"/>
    <w:rsid w:val="00460246"/>
    <w:rsid w:val="00546977"/>
    <w:rsid w:val="006C2A87"/>
    <w:rsid w:val="00813BE3"/>
    <w:rsid w:val="008A69F4"/>
    <w:rsid w:val="009A1F48"/>
    <w:rsid w:val="00A23DF2"/>
    <w:rsid w:val="00A7049B"/>
    <w:rsid w:val="00AA1D8D"/>
    <w:rsid w:val="00B21416"/>
    <w:rsid w:val="00B47730"/>
    <w:rsid w:val="00CB0664"/>
    <w:rsid w:val="00D2318E"/>
    <w:rsid w:val="00D31059"/>
    <w:rsid w:val="00D40D3A"/>
    <w:rsid w:val="00E27C8A"/>
    <w:rsid w:val="00FC693F"/>
    <w:rsid w:val="00FD6F09"/>
    <w:rsid w:val="00FF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058D21"/>
  <w14:defaultImageDpi w14:val="300"/>
  <w15:docId w15:val="{65514788-AC4D-46B7-BB77-6475470E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2871</Characters>
  <Application>Microsoft Office Word</Application>
  <DocSecurity>0</DocSecurity>
  <Lines>54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Buchhaltung Wikimont</cp:lastModifiedBy>
  <cp:revision>10</cp:revision>
  <cp:lastPrinted>2026-03-03T10:08:00Z</cp:lastPrinted>
  <dcterms:created xsi:type="dcterms:W3CDTF">2013-12-23T23:15:00Z</dcterms:created>
  <dcterms:modified xsi:type="dcterms:W3CDTF">2026-03-03T10:18:00Z</dcterms:modified>
  <cp:category/>
</cp:coreProperties>
</file>