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2CD20" w14:textId="77777777" w:rsidR="00F45E01" w:rsidRPr="00F45E01" w:rsidRDefault="00F45E01" w:rsidP="00F45E01">
      <w:pPr>
        <w:pStyle w:val="berschrift1"/>
        <w:jc w:val="center"/>
        <w:rPr>
          <w:rFonts w:cstheme="majorHAnsi"/>
        </w:rPr>
      </w:pPr>
      <w:r w:rsidRPr="00F45E01">
        <w:rPr>
          <w:rFonts w:cstheme="majorHAnsi"/>
        </w:rPr>
        <w:t>Schulungsbestätigung</w:t>
      </w:r>
    </w:p>
    <w:p w14:paraId="3DF4085C" w14:textId="77777777" w:rsidR="00F45E01" w:rsidRPr="00F45E01" w:rsidRDefault="00F45E01" w:rsidP="00F45E01">
      <w:pPr>
        <w:jc w:val="center"/>
        <w:rPr>
          <w:rFonts w:asciiTheme="majorHAnsi" w:hAnsiTheme="majorHAnsi" w:cstheme="majorHAnsi"/>
        </w:rPr>
      </w:pPr>
    </w:p>
    <w:p w14:paraId="55F1930D" w14:textId="51B9C53A" w:rsidR="00F45E01" w:rsidRPr="00F45E01" w:rsidRDefault="00F45E01" w:rsidP="00F45E01">
      <w:pPr>
        <w:jc w:val="center"/>
        <w:rPr>
          <w:rFonts w:asciiTheme="majorHAnsi" w:hAnsiTheme="majorHAnsi" w:cstheme="majorHAnsi"/>
          <w:b/>
          <w:bCs/>
        </w:rPr>
      </w:pPr>
      <w:r w:rsidRPr="00F45E01">
        <w:rPr>
          <w:rFonts w:asciiTheme="majorHAnsi" w:hAnsiTheme="majorHAnsi" w:cstheme="majorHAnsi"/>
        </w:rPr>
        <w:t>Hiermit bestätigen wir, dass</w:t>
      </w:r>
      <w:r w:rsidRPr="00F45E01">
        <w:rPr>
          <w:rFonts w:asciiTheme="majorHAnsi" w:hAnsiTheme="majorHAnsi" w:cstheme="majorHAnsi"/>
        </w:rPr>
        <w:br/>
      </w:r>
      <w:r w:rsidRPr="00F45E01">
        <w:rPr>
          <w:rFonts w:asciiTheme="majorHAnsi" w:hAnsiTheme="majorHAnsi" w:cstheme="majorHAnsi"/>
        </w:rPr>
        <w:br/>
      </w:r>
      <w:r w:rsidR="008B078C">
        <w:rPr>
          <w:rFonts w:asciiTheme="majorHAnsi" w:hAnsiTheme="majorHAnsi" w:cstheme="majorHAnsi"/>
          <w:b/>
          <w:bCs/>
          <w:sz w:val="36"/>
          <w:szCs w:val="36"/>
        </w:rPr>
        <w:t>Herr</w:t>
      </w:r>
      <w:r w:rsidRPr="00F45E01">
        <w:rPr>
          <w:rFonts w:asciiTheme="majorHAnsi" w:hAnsiTheme="majorHAnsi" w:cstheme="majorHAnsi"/>
          <w:b/>
          <w:bCs/>
          <w:sz w:val="36"/>
          <w:szCs w:val="36"/>
        </w:rPr>
        <w:t xml:space="preserve"> </w:t>
      </w:r>
      <w:r w:rsidR="00C5080D">
        <w:rPr>
          <w:rFonts w:asciiTheme="majorHAnsi" w:hAnsiTheme="majorHAnsi" w:cstheme="majorHAnsi"/>
          <w:b/>
          <w:bCs/>
          <w:sz w:val="36"/>
          <w:szCs w:val="36"/>
        </w:rPr>
        <w:t>Thomas Buchsteiner</w:t>
      </w:r>
      <w:r w:rsidRPr="00F45E01">
        <w:rPr>
          <w:rFonts w:asciiTheme="majorHAnsi" w:hAnsiTheme="majorHAnsi" w:cstheme="majorHAnsi"/>
        </w:rPr>
        <w:br/>
        <w:t>an der Schulung mit dem Thema:</w:t>
      </w:r>
      <w:r w:rsidRPr="00F45E01">
        <w:rPr>
          <w:rFonts w:asciiTheme="majorHAnsi" w:hAnsiTheme="majorHAnsi" w:cstheme="majorHAnsi"/>
        </w:rPr>
        <w:br/>
      </w:r>
      <w:r w:rsidRPr="00F45E01">
        <w:rPr>
          <w:rFonts w:asciiTheme="majorHAnsi" w:hAnsiTheme="majorHAnsi" w:cstheme="majorHAnsi"/>
        </w:rPr>
        <w:br/>
      </w:r>
      <w:r w:rsidRPr="00F45E01">
        <w:rPr>
          <w:rFonts w:asciiTheme="majorHAnsi" w:hAnsiTheme="majorHAnsi" w:cstheme="majorHAnsi"/>
          <w:b/>
          <w:bCs/>
        </w:rPr>
        <w:t>“Grundschulung für die Einhaltung der Sicherheitsstandards”</w:t>
      </w:r>
    </w:p>
    <w:p w14:paraId="2FA34D90" w14:textId="77777777" w:rsidR="00F45E01" w:rsidRPr="00F45E01" w:rsidRDefault="00F45E01" w:rsidP="00F45E01">
      <w:pPr>
        <w:jc w:val="center"/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  <w:b/>
          <w:bCs/>
        </w:rPr>
        <w:t xml:space="preserve"> bei der TOWERN3000 Projekt- &amp; Medienagentur GmbH</w:t>
      </w:r>
      <w:r w:rsidRPr="00F45E01">
        <w:rPr>
          <w:rFonts w:asciiTheme="majorHAnsi" w:hAnsiTheme="majorHAnsi" w:cstheme="majorHAnsi"/>
        </w:rPr>
        <w:br/>
        <w:t>am 18.06.2024 in Vorberg 182, 8973 Schladming</w:t>
      </w:r>
      <w:r w:rsidRPr="00F45E01">
        <w:rPr>
          <w:rFonts w:asciiTheme="majorHAnsi" w:hAnsiTheme="majorHAnsi" w:cstheme="majorHAnsi"/>
        </w:rPr>
        <w:br/>
      </w:r>
      <w:r w:rsidRPr="00F45E01">
        <w:rPr>
          <w:rFonts w:asciiTheme="majorHAnsi" w:hAnsiTheme="majorHAnsi" w:cstheme="majorHAnsi"/>
        </w:rPr>
        <w:br/>
      </w:r>
      <w:r w:rsidRPr="00F45E01">
        <w:rPr>
          <w:rFonts w:asciiTheme="majorHAnsi" w:hAnsiTheme="majorHAnsi" w:cstheme="majorHAnsi"/>
          <w:b/>
          <w:bCs/>
        </w:rPr>
        <w:t>erfolgreich teilgenommen</w:t>
      </w:r>
      <w:r w:rsidRPr="00F45E01">
        <w:rPr>
          <w:rFonts w:asciiTheme="majorHAnsi" w:hAnsiTheme="majorHAnsi" w:cstheme="majorHAnsi"/>
        </w:rPr>
        <w:t xml:space="preserve"> hat.</w:t>
      </w:r>
      <w:r w:rsidRPr="00F45E01">
        <w:rPr>
          <w:rFonts w:asciiTheme="majorHAnsi" w:hAnsiTheme="majorHAnsi" w:cstheme="majorHAnsi"/>
        </w:rPr>
        <w:br/>
      </w:r>
      <w:r w:rsidRPr="00F45E01">
        <w:rPr>
          <w:rFonts w:asciiTheme="majorHAnsi" w:hAnsiTheme="majorHAnsi" w:cstheme="majorHAnsi"/>
        </w:rPr>
        <w:br/>
        <w:t>Die Schulung umfasste insgesamt 6 Stunden und behandelte unter anderem folgende Inhalte:</w:t>
      </w:r>
      <w:r w:rsidRPr="00F45E01">
        <w:rPr>
          <w:rFonts w:asciiTheme="majorHAnsi" w:hAnsiTheme="majorHAnsi" w:cstheme="majorHAnsi"/>
        </w:rPr>
        <w:br/>
      </w:r>
    </w:p>
    <w:p w14:paraId="26E3601C" w14:textId="77777777" w:rsidR="00F45E01" w:rsidRPr="00F45E01" w:rsidRDefault="00F45E01" w:rsidP="00F45E01">
      <w:pPr>
        <w:pStyle w:val="Listenabsatz"/>
        <w:numPr>
          <w:ilvl w:val="0"/>
          <w:numId w:val="10"/>
        </w:num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Einführung IT-Sicherheit</w:t>
      </w:r>
    </w:p>
    <w:p w14:paraId="7BEAE0FE" w14:textId="77777777" w:rsidR="00F45E01" w:rsidRPr="00F45E01" w:rsidRDefault="00F45E01" w:rsidP="00F45E01">
      <w:pPr>
        <w:pStyle w:val="Listenabsatz"/>
        <w:numPr>
          <w:ilvl w:val="0"/>
          <w:numId w:val="10"/>
        </w:num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Passwortsicherheit &amp; Authentifizierung</w:t>
      </w:r>
    </w:p>
    <w:p w14:paraId="7CC673C5" w14:textId="77777777" w:rsidR="00F45E01" w:rsidRPr="00F45E01" w:rsidRDefault="00F45E01" w:rsidP="00F45E01">
      <w:pPr>
        <w:pStyle w:val="Listenabsatz"/>
        <w:numPr>
          <w:ilvl w:val="0"/>
          <w:numId w:val="10"/>
        </w:num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Phishing &amp; Social Engineering</w:t>
      </w:r>
    </w:p>
    <w:p w14:paraId="64544460" w14:textId="77777777" w:rsidR="00F45E01" w:rsidRPr="00F45E01" w:rsidRDefault="00F45E01" w:rsidP="00F45E01">
      <w:pPr>
        <w:pStyle w:val="Listenabsatz"/>
        <w:numPr>
          <w:ilvl w:val="0"/>
          <w:numId w:val="10"/>
        </w:num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Umgang mit E-Mails und Internet</w:t>
      </w:r>
    </w:p>
    <w:p w14:paraId="0FD001CD" w14:textId="77777777" w:rsidR="00F45E01" w:rsidRPr="00F45E01" w:rsidRDefault="00F45E01" w:rsidP="00F45E01">
      <w:pPr>
        <w:pStyle w:val="Listenabsatz"/>
        <w:numPr>
          <w:ilvl w:val="0"/>
          <w:numId w:val="10"/>
        </w:num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Sicherer Umgang mit Daten und Geräten</w:t>
      </w:r>
      <w:r w:rsidRPr="00F45E01">
        <w:rPr>
          <w:rFonts w:asciiTheme="majorHAnsi" w:hAnsiTheme="majorHAnsi" w:cstheme="majorHAnsi"/>
        </w:rPr>
        <w:tab/>
      </w:r>
    </w:p>
    <w:p w14:paraId="39E1D0AB" w14:textId="77777777" w:rsidR="00F45E01" w:rsidRPr="00F45E01" w:rsidRDefault="00F45E01" w:rsidP="00F45E01">
      <w:pPr>
        <w:pStyle w:val="Listenabsatz"/>
        <w:numPr>
          <w:ilvl w:val="0"/>
          <w:numId w:val="10"/>
        </w:num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IT-Richtlinien &amp; Verhalten im Unternehmen</w:t>
      </w:r>
    </w:p>
    <w:p w14:paraId="270EF6A1" w14:textId="77777777" w:rsidR="00F45E01" w:rsidRPr="00F45E01" w:rsidRDefault="00F45E01" w:rsidP="00F45E01">
      <w:pPr>
        <w:rPr>
          <w:rFonts w:asciiTheme="majorHAnsi" w:hAnsiTheme="majorHAnsi" w:cstheme="majorHAnsi"/>
        </w:rPr>
      </w:pPr>
    </w:p>
    <w:p w14:paraId="04185569" w14:textId="1CB04D53" w:rsidR="00F45E01" w:rsidRPr="00F45E01" w:rsidRDefault="00F45E01" w:rsidP="00F45E0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Schladming, 22.06.2024</w:t>
      </w:r>
    </w:p>
    <w:p w14:paraId="3491453B" w14:textId="77777777" w:rsidR="00F45E01" w:rsidRPr="00F45E01" w:rsidRDefault="00F45E01" w:rsidP="00F45E01">
      <w:pPr>
        <w:rPr>
          <w:rFonts w:asciiTheme="majorHAnsi" w:hAnsiTheme="majorHAnsi" w:cstheme="majorHAnsi"/>
        </w:rPr>
      </w:pPr>
    </w:p>
    <w:p w14:paraId="4419C917" w14:textId="77777777" w:rsidR="00F45E01" w:rsidRPr="00F45E01" w:rsidRDefault="00F45E01" w:rsidP="00F45E01">
      <w:pPr>
        <w:rPr>
          <w:rFonts w:asciiTheme="majorHAnsi" w:hAnsiTheme="majorHAnsi" w:cstheme="majorHAnsi"/>
        </w:rPr>
      </w:pPr>
    </w:p>
    <w:p w14:paraId="2C445D56" w14:textId="77777777" w:rsidR="00F45E01" w:rsidRPr="00F45E01" w:rsidRDefault="00F45E01" w:rsidP="00F45E01">
      <w:p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_____________________________</w:t>
      </w:r>
      <w:r w:rsidRPr="00F45E01">
        <w:rPr>
          <w:rFonts w:asciiTheme="majorHAnsi" w:hAnsiTheme="majorHAnsi" w:cstheme="majorHAnsi"/>
        </w:rPr>
        <w:tab/>
      </w:r>
      <w:r w:rsidRPr="00F45E01">
        <w:rPr>
          <w:rFonts w:asciiTheme="majorHAnsi" w:hAnsiTheme="majorHAnsi" w:cstheme="majorHAnsi"/>
        </w:rPr>
        <w:tab/>
      </w:r>
      <w:r w:rsidRPr="00F45E01">
        <w:rPr>
          <w:rFonts w:asciiTheme="majorHAnsi" w:hAnsiTheme="majorHAnsi" w:cstheme="majorHAnsi"/>
        </w:rPr>
        <w:tab/>
        <w:t>________________________________</w:t>
      </w:r>
    </w:p>
    <w:p w14:paraId="70652B7D" w14:textId="4BF0D9F3" w:rsidR="001819D7" w:rsidRPr="00F45E01" w:rsidRDefault="00F45E01" w:rsidP="00F45E01">
      <w:p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Dipl.-Ing. Thomas Pilz (Trainer)</w:t>
      </w:r>
      <w:r w:rsidRPr="00F45E01">
        <w:rPr>
          <w:rFonts w:asciiTheme="majorHAnsi" w:hAnsiTheme="majorHAnsi" w:cstheme="majorHAnsi"/>
        </w:rPr>
        <w:tab/>
      </w:r>
      <w:r w:rsidRPr="00F45E01">
        <w:rPr>
          <w:rFonts w:asciiTheme="majorHAnsi" w:hAnsiTheme="majorHAnsi" w:cstheme="majorHAnsi"/>
        </w:rPr>
        <w:tab/>
      </w:r>
      <w:r w:rsidRPr="00F45E01">
        <w:rPr>
          <w:rFonts w:asciiTheme="majorHAnsi" w:hAnsiTheme="majorHAnsi" w:cstheme="majorHAnsi"/>
        </w:rPr>
        <w:tab/>
      </w:r>
      <w:r w:rsidRPr="00F45E01">
        <w:rPr>
          <w:rFonts w:asciiTheme="majorHAnsi" w:hAnsiTheme="majorHAnsi" w:cstheme="majorHAnsi"/>
        </w:rPr>
        <w:tab/>
      </w:r>
      <w:r w:rsidR="00C5080D">
        <w:rPr>
          <w:rFonts w:asciiTheme="majorHAnsi" w:hAnsiTheme="majorHAnsi" w:cstheme="majorHAnsi"/>
        </w:rPr>
        <w:t>Thomas Buchsteiner</w:t>
      </w:r>
    </w:p>
    <w:sectPr w:rsidR="001819D7" w:rsidRPr="00F45E01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64D32" w14:textId="77777777" w:rsidR="001E13D7" w:rsidRPr="00F45E01" w:rsidRDefault="001E13D7" w:rsidP="000F1281">
      <w:pPr>
        <w:spacing w:after="0" w:line="240" w:lineRule="auto"/>
      </w:pPr>
      <w:r w:rsidRPr="00F45E01">
        <w:separator/>
      </w:r>
    </w:p>
  </w:endnote>
  <w:endnote w:type="continuationSeparator" w:id="0">
    <w:p w14:paraId="2B73BF59" w14:textId="77777777" w:rsidR="001E13D7" w:rsidRPr="00F45E01" w:rsidRDefault="001E13D7" w:rsidP="000F1281">
      <w:pPr>
        <w:spacing w:after="0" w:line="240" w:lineRule="auto"/>
      </w:pPr>
      <w:r w:rsidRPr="00F45E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7D9E7" w14:textId="77777777" w:rsidR="001E13D7" w:rsidRPr="00F45E01" w:rsidRDefault="001E13D7" w:rsidP="000F1281">
      <w:pPr>
        <w:spacing w:after="0" w:line="240" w:lineRule="auto"/>
      </w:pPr>
      <w:r w:rsidRPr="00F45E01">
        <w:separator/>
      </w:r>
    </w:p>
  </w:footnote>
  <w:footnote w:type="continuationSeparator" w:id="0">
    <w:p w14:paraId="6C4A01D0" w14:textId="77777777" w:rsidR="001E13D7" w:rsidRPr="00F45E01" w:rsidRDefault="001E13D7" w:rsidP="000F1281">
      <w:pPr>
        <w:spacing w:after="0" w:line="240" w:lineRule="auto"/>
      </w:pPr>
      <w:r w:rsidRPr="00F45E0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83D15" w14:textId="77777777" w:rsidR="00B67CAA" w:rsidRPr="00F45E01" w:rsidRDefault="00B67CAA" w:rsidP="00B67CAA">
    <w:pPr>
      <w:ind w:left="5760"/>
      <w:rPr>
        <w:rFonts w:asciiTheme="majorHAnsi" w:hAnsiTheme="majorHAnsi" w:cstheme="majorHAnsi"/>
      </w:rPr>
    </w:pPr>
    <w:r w:rsidRPr="00F45E01">
      <w:rPr>
        <w:rFonts w:asciiTheme="majorHAnsi" w:hAnsiTheme="majorHAnsi" w:cstheme="majorHAnsi"/>
        <w:b/>
      </w:rPr>
      <w:t>zweiP IT &amp; WEB Solutions</w:t>
    </w:r>
    <w:r w:rsidRPr="00F45E01">
      <w:rPr>
        <w:rFonts w:asciiTheme="majorHAnsi" w:hAnsiTheme="majorHAnsi" w:cstheme="majorHAnsi"/>
      </w:rPr>
      <w:t xml:space="preserve"> </w:t>
    </w:r>
    <w:r w:rsidRPr="00F45E01">
      <w:rPr>
        <w:rFonts w:asciiTheme="majorHAnsi" w:hAnsiTheme="majorHAnsi" w:cstheme="majorHAnsi"/>
      </w:rPr>
      <w:br/>
      <w:t>Ennsweg 126</w:t>
    </w:r>
    <w:r w:rsidRPr="00F45E01">
      <w:rPr>
        <w:rFonts w:asciiTheme="majorHAnsi" w:hAnsiTheme="majorHAnsi" w:cstheme="majorHAnsi"/>
      </w:rPr>
      <w:br/>
      <w:t>8971 Schladming</w:t>
    </w:r>
    <w:r w:rsidRPr="00F45E01">
      <w:rPr>
        <w:rFonts w:asciiTheme="majorHAnsi" w:hAnsiTheme="majorHAnsi" w:cstheme="majorHAnsi"/>
      </w:rPr>
      <w:br/>
    </w:r>
    <w:r w:rsidRPr="00F45E01">
      <w:rPr>
        <w:rFonts w:asciiTheme="majorHAnsi" w:hAnsiTheme="majorHAnsi" w:cstheme="majorHAnsi"/>
      </w:rPr>
      <w:br/>
      <w:t>Telefon: 03687 / 25001</w:t>
    </w:r>
    <w:r w:rsidRPr="00F45E01">
      <w:rPr>
        <w:rFonts w:asciiTheme="majorHAnsi" w:hAnsiTheme="majorHAnsi" w:cstheme="majorHAnsi"/>
      </w:rPr>
      <w:br/>
      <w:t xml:space="preserve">E-Mail: </w:t>
    </w:r>
    <w:hyperlink r:id="rId1" w:history="1">
      <w:r w:rsidRPr="00F45E01">
        <w:rPr>
          <w:rStyle w:val="Hyperlink"/>
          <w:rFonts w:asciiTheme="majorHAnsi" w:hAnsiTheme="majorHAnsi" w:cstheme="majorHAnsi"/>
        </w:rPr>
        <w:t>info@zweip.at</w:t>
      </w:r>
    </w:hyperlink>
  </w:p>
  <w:p w14:paraId="658603BF" w14:textId="77777777" w:rsidR="00B67CAA" w:rsidRPr="00F45E01" w:rsidRDefault="00B67CA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2D350B"/>
    <w:multiLevelType w:val="hybridMultilevel"/>
    <w:tmpl w:val="E80A4C0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684340">
    <w:abstractNumId w:val="8"/>
  </w:num>
  <w:num w:numId="2" w16cid:durableId="712848129">
    <w:abstractNumId w:val="6"/>
  </w:num>
  <w:num w:numId="3" w16cid:durableId="516043814">
    <w:abstractNumId w:val="5"/>
  </w:num>
  <w:num w:numId="4" w16cid:durableId="1950232410">
    <w:abstractNumId w:val="4"/>
  </w:num>
  <w:num w:numId="5" w16cid:durableId="1252622059">
    <w:abstractNumId w:val="7"/>
  </w:num>
  <w:num w:numId="6" w16cid:durableId="614796807">
    <w:abstractNumId w:val="3"/>
  </w:num>
  <w:num w:numId="7" w16cid:durableId="730620737">
    <w:abstractNumId w:val="2"/>
  </w:num>
  <w:num w:numId="8" w16cid:durableId="992417536">
    <w:abstractNumId w:val="1"/>
  </w:num>
  <w:num w:numId="9" w16cid:durableId="1963882706">
    <w:abstractNumId w:val="0"/>
  </w:num>
  <w:num w:numId="10" w16cid:durableId="940595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254"/>
    <w:rsid w:val="0006063C"/>
    <w:rsid w:val="000F1281"/>
    <w:rsid w:val="00132920"/>
    <w:rsid w:val="0015074B"/>
    <w:rsid w:val="001819D7"/>
    <w:rsid w:val="001E13D7"/>
    <w:rsid w:val="0029639D"/>
    <w:rsid w:val="00326F90"/>
    <w:rsid w:val="00436781"/>
    <w:rsid w:val="006E41F6"/>
    <w:rsid w:val="008B078C"/>
    <w:rsid w:val="00AA1D8D"/>
    <w:rsid w:val="00AB2792"/>
    <w:rsid w:val="00B47730"/>
    <w:rsid w:val="00B67CAA"/>
    <w:rsid w:val="00C5080D"/>
    <w:rsid w:val="00CB0664"/>
    <w:rsid w:val="00F45E0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19BE0D"/>
  <w14:defaultImageDpi w14:val="300"/>
  <w15:docId w15:val="{C362D01D-83A2-4C56-8572-5C207E849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Absatz-Standardschriftart"/>
    <w:uiPriority w:val="99"/>
    <w:unhideWhenUsed/>
    <w:rsid w:val="000F1281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F1281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B67CA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zweip.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638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Thomas Pilz</cp:lastModifiedBy>
  <cp:revision>3</cp:revision>
  <dcterms:created xsi:type="dcterms:W3CDTF">2025-05-13T08:23:00Z</dcterms:created>
  <dcterms:modified xsi:type="dcterms:W3CDTF">2025-05-13T08:24:00Z</dcterms:modified>
  <cp:category/>
</cp:coreProperties>
</file>